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138" w:rsidRDefault="00E37129">
      <w:pPr>
        <w:jc w:val="center"/>
      </w:pPr>
      <w:r>
        <w:rPr>
          <w:b/>
          <w:color w:val="1B365D"/>
          <w:sz w:val="32"/>
        </w:rPr>
        <w:t>DOCUMENT ÚNIC EUROPEU DE CONTRACTACIÓ (DEUC)</w:t>
      </w:r>
    </w:p>
    <w:p w:rsidR="00D03138" w:rsidRDefault="00E37129">
      <w:pPr>
        <w:jc w:val="center"/>
      </w:pPr>
      <w:r>
        <w:rPr>
          <w:i/>
          <w:color w:val="646464"/>
        </w:rPr>
        <w:t>Formulari d'instància i declaració responsable adaptat per emplenar</w:t>
      </w:r>
    </w:p>
    <w:p w:rsidR="00D03138" w:rsidRDefault="00D03138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D03138">
        <w:trPr>
          <w:jc w:val="center"/>
        </w:trPr>
        <w:tc>
          <w:tcPr>
            <w:tcW w:w="3168" w:type="dxa"/>
            <w:shd w:val="clear" w:color="auto" w:fill="F0F4F8"/>
          </w:tcPr>
          <w:p w:rsidR="00D03138" w:rsidRDefault="00E37129">
            <w:r>
              <w:rPr>
                <w:b/>
                <w:sz w:val="19"/>
              </w:rPr>
              <w:t>Òrgan de Contractació:</w:t>
            </w:r>
          </w:p>
        </w:tc>
        <w:tc>
          <w:tcPr>
            <w:tcW w:w="6192" w:type="dxa"/>
            <w:shd w:val="clear" w:color="auto" w:fill="FFFFFF"/>
          </w:tcPr>
          <w:p w:rsidR="00D03138" w:rsidRDefault="00E37129">
            <w:r>
              <w:rPr>
                <w:sz w:val="19"/>
              </w:rPr>
              <w:t>AJUNTAMENT D'ULLDECONA</w:t>
            </w:r>
          </w:p>
        </w:tc>
      </w:tr>
      <w:tr w:rsidR="00D03138">
        <w:trPr>
          <w:jc w:val="center"/>
        </w:trPr>
        <w:tc>
          <w:tcPr>
            <w:tcW w:w="3168" w:type="dxa"/>
            <w:shd w:val="clear" w:color="auto" w:fill="F0F4F8"/>
          </w:tcPr>
          <w:p w:rsidR="00D03138" w:rsidRDefault="00E37129">
            <w:r>
              <w:rPr>
                <w:b/>
                <w:sz w:val="19"/>
              </w:rPr>
              <w:t>Número d'expedient:</w:t>
            </w:r>
          </w:p>
        </w:tc>
        <w:tc>
          <w:tcPr>
            <w:tcW w:w="6192" w:type="dxa"/>
            <w:shd w:val="clear" w:color="auto" w:fill="FFFFFF"/>
          </w:tcPr>
          <w:p w:rsidR="00D03138" w:rsidRDefault="00E37129">
            <w:r>
              <w:rPr>
                <w:sz w:val="19"/>
              </w:rPr>
              <w:t>4315670005-2026-0001331</w:t>
            </w:r>
          </w:p>
        </w:tc>
      </w:tr>
      <w:tr w:rsidR="00D03138">
        <w:trPr>
          <w:jc w:val="center"/>
        </w:trPr>
        <w:tc>
          <w:tcPr>
            <w:tcW w:w="3168" w:type="dxa"/>
            <w:shd w:val="clear" w:color="auto" w:fill="F0F4F8"/>
          </w:tcPr>
          <w:p w:rsidR="00D03138" w:rsidRDefault="00E37129">
            <w:r>
              <w:rPr>
                <w:b/>
                <w:sz w:val="19"/>
              </w:rPr>
              <w:t>Objecte del contracte:</w:t>
            </w:r>
          </w:p>
        </w:tc>
        <w:tc>
          <w:tcPr>
            <w:tcW w:w="6192" w:type="dxa"/>
            <w:shd w:val="clear" w:color="auto" w:fill="FFFFFF"/>
          </w:tcPr>
          <w:p w:rsidR="00D03138" w:rsidRDefault="00E37129">
            <w:r>
              <w:rPr>
                <w:sz w:val="19"/>
              </w:rPr>
              <w:t xml:space="preserve">Gestió dels espais i la </w:t>
            </w:r>
            <w:r>
              <w:rPr>
                <w:sz w:val="19"/>
              </w:rPr>
              <w:t>promoció turística del conjunt històric i/o patrimonial de l'Ermita de la Pietat d'Ulldecona</w:t>
            </w:r>
          </w:p>
        </w:tc>
      </w:tr>
      <w:tr w:rsidR="00D03138">
        <w:trPr>
          <w:jc w:val="center"/>
        </w:trPr>
        <w:tc>
          <w:tcPr>
            <w:tcW w:w="3168" w:type="dxa"/>
            <w:shd w:val="clear" w:color="auto" w:fill="F0F4F8"/>
          </w:tcPr>
          <w:p w:rsidR="00D03138" w:rsidRDefault="00E37129">
            <w:r>
              <w:rPr>
                <w:b/>
                <w:sz w:val="19"/>
              </w:rPr>
              <w:t>Data d'emissió:</w:t>
            </w:r>
          </w:p>
        </w:tc>
        <w:tc>
          <w:tcPr>
            <w:tcW w:w="6192" w:type="dxa"/>
            <w:shd w:val="clear" w:color="auto" w:fill="FFFFFF"/>
          </w:tcPr>
          <w:p w:rsidR="00D03138" w:rsidRDefault="00D03138">
            <w:bookmarkStart w:id="0" w:name="_GoBack"/>
            <w:bookmarkEnd w:id="0"/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INSTRUCCIONS D'EMPLENAMENT:</w:t>
      </w:r>
      <w:r>
        <w:rPr>
          <w:b/>
          <w:color w:val="1B365D"/>
        </w:rPr>
        <w:br/>
      </w:r>
      <w:r>
        <w:rPr>
          <w:sz w:val="19"/>
        </w:rPr>
        <w:t>Aquest document conté els camps requerits segons el fitxer XML del DEUC. Empleneu les dades de l'operador</w:t>
      </w:r>
      <w:r>
        <w:rPr>
          <w:sz w:val="19"/>
        </w:rPr>
        <w:t xml:space="preserve"> econòmic i marqueu la casella corresponent [ Sí ] o [ No ] en cada criteri. Tots els camps de resposta es troben completament en blanc per ser emplenats per la persona licitadora.</w:t>
      </w:r>
    </w:p>
    <w:p w:rsidR="00D03138" w:rsidRDefault="00D03138"/>
    <w:p w:rsidR="00D03138" w:rsidRDefault="00E37129">
      <w:pPr>
        <w:pStyle w:val="Ttulo1"/>
      </w:pPr>
      <w:r>
        <w:rPr>
          <w:color w:val="1B365D"/>
        </w:rPr>
        <w:t>PART I: DADES DE L'OPERADOR ECONÒMIC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32"/>
        <w:gridCol w:w="5328"/>
      </w:tblGrid>
      <w:tr w:rsidR="00D03138">
        <w:trPr>
          <w:jc w:val="center"/>
        </w:trPr>
        <w:tc>
          <w:tcPr>
            <w:tcW w:w="4032" w:type="dxa"/>
            <w:shd w:val="clear" w:color="auto" w:fill="F4F6F8"/>
          </w:tcPr>
          <w:p w:rsidR="00D03138" w:rsidRDefault="00E37129">
            <w:r>
              <w:rPr>
                <w:b/>
                <w:sz w:val="19"/>
              </w:rPr>
              <w:t>Nom / Raó Social de l'empresa:</w:t>
            </w:r>
          </w:p>
        </w:tc>
        <w:tc>
          <w:tcPr>
            <w:tcW w:w="5328" w:type="dxa"/>
          </w:tcPr>
          <w:p w:rsidR="00D03138" w:rsidRDefault="00D03138"/>
        </w:tc>
      </w:tr>
      <w:tr w:rsidR="00D03138">
        <w:trPr>
          <w:jc w:val="center"/>
        </w:trPr>
        <w:tc>
          <w:tcPr>
            <w:tcW w:w="4032" w:type="dxa"/>
            <w:shd w:val="clear" w:color="auto" w:fill="F4F6F8"/>
          </w:tcPr>
          <w:p w:rsidR="00D03138" w:rsidRDefault="00E37129">
            <w:r>
              <w:rPr>
                <w:b/>
                <w:sz w:val="19"/>
              </w:rPr>
              <w:t xml:space="preserve">NIF </w:t>
            </w:r>
            <w:r>
              <w:rPr>
                <w:b/>
                <w:sz w:val="19"/>
              </w:rPr>
              <w:t>/ CIF:</w:t>
            </w:r>
          </w:p>
        </w:tc>
        <w:tc>
          <w:tcPr>
            <w:tcW w:w="5328" w:type="dxa"/>
          </w:tcPr>
          <w:p w:rsidR="00D03138" w:rsidRDefault="00D03138"/>
        </w:tc>
      </w:tr>
      <w:tr w:rsidR="00D03138">
        <w:trPr>
          <w:jc w:val="center"/>
        </w:trPr>
        <w:tc>
          <w:tcPr>
            <w:tcW w:w="4032" w:type="dxa"/>
            <w:shd w:val="clear" w:color="auto" w:fill="F4F6F8"/>
          </w:tcPr>
          <w:p w:rsidR="00D03138" w:rsidRDefault="00E37129">
            <w:r>
              <w:rPr>
                <w:b/>
                <w:sz w:val="19"/>
              </w:rPr>
              <w:t>Adreça postal:</w:t>
            </w:r>
          </w:p>
        </w:tc>
        <w:tc>
          <w:tcPr>
            <w:tcW w:w="5328" w:type="dxa"/>
          </w:tcPr>
          <w:p w:rsidR="00D03138" w:rsidRDefault="00D03138"/>
        </w:tc>
      </w:tr>
      <w:tr w:rsidR="00D03138">
        <w:trPr>
          <w:jc w:val="center"/>
        </w:trPr>
        <w:tc>
          <w:tcPr>
            <w:tcW w:w="4032" w:type="dxa"/>
            <w:shd w:val="clear" w:color="auto" w:fill="F4F6F8"/>
          </w:tcPr>
          <w:p w:rsidR="00D03138" w:rsidRDefault="00E37129">
            <w:r>
              <w:rPr>
                <w:b/>
                <w:sz w:val="19"/>
              </w:rPr>
              <w:t>Persona de contacte:</w:t>
            </w:r>
          </w:p>
        </w:tc>
        <w:tc>
          <w:tcPr>
            <w:tcW w:w="5328" w:type="dxa"/>
          </w:tcPr>
          <w:p w:rsidR="00D03138" w:rsidRDefault="00D03138"/>
        </w:tc>
      </w:tr>
      <w:tr w:rsidR="00D03138">
        <w:trPr>
          <w:jc w:val="center"/>
        </w:trPr>
        <w:tc>
          <w:tcPr>
            <w:tcW w:w="4032" w:type="dxa"/>
            <w:shd w:val="clear" w:color="auto" w:fill="F4F6F8"/>
          </w:tcPr>
          <w:p w:rsidR="00D03138" w:rsidRDefault="00E37129">
            <w:r>
              <w:rPr>
                <w:b/>
                <w:sz w:val="19"/>
              </w:rPr>
              <w:t>Telèfon / Correu electrònic:</w:t>
            </w:r>
          </w:p>
        </w:tc>
        <w:tc>
          <w:tcPr>
            <w:tcW w:w="5328" w:type="dxa"/>
          </w:tcPr>
          <w:p w:rsidR="00D03138" w:rsidRDefault="00D03138"/>
        </w:tc>
      </w:tr>
      <w:tr w:rsidR="00D03138">
        <w:trPr>
          <w:jc w:val="center"/>
        </w:trPr>
        <w:tc>
          <w:tcPr>
            <w:tcW w:w="4032" w:type="dxa"/>
            <w:shd w:val="clear" w:color="auto" w:fill="F4F6F8"/>
          </w:tcPr>
          <w:p w:rsidR="00D03138" w:rsidRDefault="00E37129">
            <w:r>
              <w:rPr>
                <w:b/>
                <w:sz w:val="19"/>
              </w:rPr>
              <w:t>L'empresa participa conjuntament amb d'altres? (UTE / Agrupació):</w:t>
            </w:r>
          </w:p>
        </w:tc>
        <w:tc>
          <w:tcPr>
            <w:tcW w:w="5328" w:type="dxa"/>
          </w:tcPr>
          <w:p w:rsidR="00D03138" w:rsidRDefault="00E37129">
            <w:r>
              <w:rPr>
                <w:sz w:val="19"/>
              </w:rPr>
              <w:t>[  ] Sí   [  ] No</w:t>
            </w:r>
          </w:p>
        </w:tc>
      </w:tr>
      <w:tr w:rsidR="00D03138">
        <w:trPr>
          <w:jc w:val="center"/>
        </w:trPr>
        <w:tc>
          <w:tcPr>
            <w:tcW w:w="4032" w:type="dxa"/>
            <w:shd w:val="clear" w:color="auto" w:fill="F4F6F8"/>
          </w:tcPr>
          <w:p w:rsidR="00D03138" w:rsidRDefault="00E37129">
            <w:r>
              <w:rPr>
                <w:b/>
                <w:sz w:val="19"/>
              </w:rPr>
              <w:t>Es basa en la capacitat d'altres entitats / Subcontracta?</w:t>
            </w:r>
          </w:p>
        </w:tc>
        <w:tc>
          <w:tcPr>
            <w:tcW w:w="5328" w:type="dxa"/>
          </w:tcPr>
          <w:p w:rsidR="00D03138" w:rsidRDefault="00E37129">
            <w:r>
              <w:rPr>
                <w:sz w:val="19"/>
              </w:rPr>
              <w:t>[  ] Sí   [  ] No</w:t>
            </w:r>
          </w:p>
        </w:tc>
      </w:tr>
    </w:tbl>
    <w:p w:rsidR="00D03138" w:rsidRDefault="00D03138"/>
    <w:p w:rsidR="00D03138" w:rsidRDefault="00E37129">
      <w:pPr>
        <w:pStyle w:val="Ttulo1"/>
      </w:pPr>
      <w:r>
        <w:rPr>
          <w:color w:val="1B365D"/>
        </w:rPr>
        <w:t>PART II: MOTI</w:t>
      </w:r>
      <w:r>
        <w:rPr>
          <w:color w:val="1B365D"/>
        </w:rPr>
        <w:t>US D'EXCLUSIÓ I CRITERIS DE SELECCIÓ</w:t>
      </w:r>
    </w:p>
    <w:p w:rsidR="00D03138" w:rsidRDefault="00E37129">
      <w:r>
        <w:rPr>
          <w:b/>
          <w:color w:val="1B365D"/>
        </w:rPr>
        <w:t>1. Participació en una organització criminal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>Ha estat l'operador econòmic o alguna persona membre del seu òrgan d'administració condemnat per participació en organització criminal?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lastRenderedPageBreak/>
              <w:t>Informació disponible electrònicament?  [  ] Sí   [  ]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2. Corrupció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>Ha estat l'operador econòmic objecte de condemna ferma per corrupció?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 xml:space="preserve">[  ] Sí </w:t>
            </w:r>
            <w:r>
              <w:rPr>
                <w:b/>
                <w:sz w:val="18"/>
              </w:rPr>
              <w:t xml:space="preserve">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electrònicament?  [  ] Sí   [  ]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3. Frau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>Ha estat l'operador econòmic objecte de condemna ferma per frau?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>[  ] Sí</w:t>
            </w:r>
            <w:r>
              <w:rPr>
                <w:b/>
                <w:sz w:val="18"/>
              </w:rPr>
              <w:t xml:space="preserve">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electrònicament?  [  ] Sí   [  ]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4. Delictes de terrorisme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 xml:space="preserve">Ha estat condemnat per delictes de terrorisme o lligats a activitats </w:t>
            </w:r>
            <w:r>
              <w:rPr>
                <w:sz w:val="18"/>
              </w:rPr>
              <w:t>terroristes?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electrònicament?  [  ] Sí   [  ]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5. Blanqueig de capitals o finançament del terrorisme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 xml:space="preserve">Ha </w:t>
            </w:r>
            <w:r>
              <w:rPr>
                <w:sz w:val="18"/>
              </w:rPr>
              <w:t>estat objecte de condemna per blanqueig de capitals o finançament del terrorisme?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electrònicament?  [  ] Sí   [  ]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______________________________</w:t>
            </w:r>
            <w:r>
              <w:rPr>
                <w:color w:val="646464"/>
                <w:sz w:val="17"/>
              </w:rPr>
              <w:t>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6. Treball infantil i de tracta d'éssers humans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>Ha estat objecte de condemna per treball infantil o tracta d'éssers humans?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electrònicament?  [  ] Sí   [  ] No</w:t>
            </w:r>
            <w:r>
              <w:rPr>
                <w:color w:val="646464"/>
                <w:sz w:val="17"/>
              </w:rPr>
              <w:br/>
              <w:t xml:space="preserve">En cas afirmatiu, indiqueu </w:t>
            </w:r>
            <w:r>
              <w:rPr>
                <w:color w:val="646464"/>
                <w:sz w:val="17"/>
              </w:rPr>
              <w:t>URL / Codi / Emissor: _____________________________________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lastRenderedPageBreak/>
        <w:t>7. Pagament d'impostos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>Ha incomplert les seves obligacions relatives al pagament d'impostos (fiscals)?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electrònicament?  [  ] Sí   [  ]</w:t>
            </w:r>
            <w:r>
              <w:rPr>
                <w:color w:val="646464"/>
                <w:sz w:val="17"/>
              </w:rPr>
              <w:t xml:space="preserve">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8. Pagament de cotitzacions a la Seguretat Social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>Ha incomplert les seves obligacions relatives al pagament de cotitzacions a la Seguretat Social?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 xml:space="preserve">La seva </w:t>
            </w:r>
            <w:r>
              <w:rPr>
                <w:b/>
                <w:sz w:val="18"/>
              </w:rPr>
              <w:t>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electrònicament?  [  ] Sí   [  ]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9. Incompliment d'obligacions mediambientals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>Ha incomplert obligacions en l'àmbi</w:t>
            </w:r>
            <w:r>
              <w:rPr>
                <w:sz w:val="18"/>
              </w:rPr>
              <w:t>t del dret mediambiental?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electrònicament?  [  ] Sí   [  ]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10. Incompliment d'obligacions en matèria soci</w:t>
      </w:r>
      <w:r>
        <w:rPr>
          <w:b/>
          <w:color w:val="1B365D"/>
        </w:rPr>
        <w:t>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>Ha incomplert obligacions en l'àmbit del dret social?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electrònicament?  [  ] Sí   [  ]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 xml:space="preserve">11. </w:t>
      </w:r>
      <w:r>
        <w:rPr>
          <w:b/>
          <w:color w:val="1B365D"/>
        </w:rPr>
        <w:t>Incompliment d'obligacions en matèria laboral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>Ha incomplert obligacions en l'àmbit del dret laboral?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electrònicament?  [  ] Sí   [  ] No</w:t>
            </w:r>
            <w:r>
              <w:rPr>
                <w:color w:val="646464"/>
                <w:sz w:val="17"/>
              </w:rPr>
              <w:br/>
              <w:t>En cas afirmatiu, indiqueu URL / Codi / Emissor: ___________</w:t>
            </w:r>
            <w:r>
              <w:rPr>
                <w:color w:val="646464"/>
                <w:sz w:val="17"/>
              </w:rPr>
              <w:t>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12. Fallida, insolvència o liquidació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>Es troba l'empresa en situació de fallida, insolvència, concurs de creditors o activitats suspeses?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lastRenderedPageBreak/>
              <w:t xml:space="preserve">Informació disponible electrònicament?  [  ] Sí   [ </w:t>
            </w:r>
            <w:r>
              <w:rPr>
                <w:color w:val="646464"/>
                <w:sz w:val="17"/>
              </w:rPr>
              <w:t xml:space="preserve"> ]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13. Falta professional greu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>S'ha trobat l'operador econòmic culpable de falta professional greu?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</w:t>
            </w:r>
            <w:r>
              <w:rPr>
                <w:color w:val="646464"/>
                <w:sz w:val="17"/>
              </w:rPr>
              <w:t>rònicament?  [  ] Sí   [  ]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14. Acords per a la distorsió de la competència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>Ha subscrit acords amb altres operadors destinats a distorsionar la competència?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</w:t>
            </w:r>
            <w:r>
              <w:rPr>
                <w:b/>
                <w:sz w:val="18"/>
              </w:rPr>
              <w:t xml:space="preserve"> 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electrònicament?  [  ] Sí   [  ]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15. Conflicte d'interessos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 xml:space="preserve">Té coneixement de cap conflicte d'interessos per la </w:t>
            </w:r>
            <w:r>
              <w:rPr>
                <w:sz w:val="18"/>
              </w:rPr>
              <w:t>seva participació en el procediment?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electrònicament?  [  ] Sí   [  ]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_____________________________________</w:t>
            </w:r>
          </w:p>
        </w:tc>
      </w:tr>
    </w:tbl>
    <w:p w:rsidR="00D03138" w:rsidRDefault="00D03138"/>
    <w:p w:rsidR="00D03138" w:rsidRDefault="00E37129">
      <w:r>
        <w:rPr>
          <w:b/>
          <w:color w:val="1B365D"/>
        </w:rPr>
        <w:t>16. Criteris de selecció globals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448"/>
      </w:tblGrid>
      <w:tr w:rsidR="00D03138">
        <w:trPr>
          <w:jc w:val="center"/>
        </w:trPr>
        <w:tc>
          <w:tcPr>
            <w:tcW w:w="6912" w:type="dxa"/>
            <w:shd w:val="clear" w:color="auto" w:fill="FAFAFA"/>
          </w:tcPr>
          <w:p w:rsidR="00D03138" w:rsidRDefault="00E37129">
            <w:r>
              <w:rPr>
                <w:sz w:val="18"/>
              </w:rPr>
              <w:t>Compleix tots els criteris de selecció requerits en el plec i anunci de licitació?</w:t>
            </w:r>
          </w:p>
        </w:tc>
        <w:tc>
          <w:tcPr>
            <w:tcW w:w="2448" w:type="dxa"/>
            <w:shd w:val="clear" w:color="auto" w:fill="F0F4F8"/>
          </w:tcPr>
          <w:p w:rsidR="00D03138" w:rsidRDefault="00E37129">
            <w:pPr>
              <w:jc w:val="center"/>
            </w:pPr>
            <w:r>
              <w:rPr>
                <w:b/>
                <w:sz w:val="18"/>
              </w:rPr>
              <w:t>La seva resposta:</w:t>
            </w:r>
            <w:r>
              <w:rPr>
                <w:b/>
                <w:sz w:val="18"/>
              </w:rPr>
              <w:br/>
              <w:t>[  ] Sí   [  ] No</w:t>
            </w:r>
          </w:p>
        </w:tc>
      </w:tr>
      <w:tr w:rsidR="00D03138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:rsidR="00D03138" w:rsidRDefault="00E37129">
            <w:r>
              <w:rPr>
                <w:color w:val="646464"/>
                <w:sz w:val="17"/>
              </w:rPr>
              <w:t>Informació disponible electrònicament?  [  ] Sí   [  ] No</w:t>
            </w:r>
            <w:r>
              <w:rPr>
                <w:color w:val="646464"/>
                <w:sz w:val="17"/>
              </w:rPr>
              <w:br/>
              <w:t>En cas afirmatiu, indiqueu URL / Codi / Emissor: _____________________________</w:t>
            </w:r>
            <w:r>
              <w:rPr>
                <w:color w:val="646464"/>
                <w:sz w:val="17"/>
              </w:rPr>
              <w:t>________</w:t>
            </w:r>
          </w:p>
        </w:tc>
      </w:tr>
    </w:tbl>
    <w:p w:rsidR="00D03138" w:rsidRDefault="00D03138"/>
    <w:p w:rsidR="00D03138" w:rsidRDefault="00E37129">
      <w:pPr>
        <w:pStyle w:val="Ttulo1"/>
      </w:pPr>
      <w:r>
        <w:rPr>
          <w:color w:val="1B365D"/>
        </w:rPr>
        <w:t>PART III: DECLARACIÓ DE RESPONSABILITAT I SIGNATURA</w:t>
      </w:r>
    </w:p>
    <w:p w:rsidR="00D03138" w:rsidRDefault="00E37129">
      <w:r>
        <w:rPr>
          <w:sz w:val="19"/>
        </w:rPr>
        <w:t xml:space="preserve">El sota-signant declara formalment que la informació comunicada en les parts anteriors és exacta i verídica i que ha estat facilitada amb ple coneixement de les conseqüències d'una falsa </w:t>
      </w:r>
      <w:r>
        <w:rPr>
          <w:sz w:val="19"/>
        </w:rPr>
        <w:t>declaració greu.</w:t>
      </w:r>
      <w:r>
        <w:rPr>
          <w:sz w:val="19"/>
        </w:rPr>
        <w:br/>
      </w:r>
      <w:r>
        <w:rPr>
          <w:sz w:val="19"/>
        </w:rPr>
        <w:br/>
        <w:t>El sota-signant declara formalment que podrà aportar els certificats i les proves documentals justificatives requerides sense demora.</w:t>
      </w:r>
    </w:p>
    <w:p w:rsidR="00D03138" w:rsidRDefault="00D0313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D03138">
        <w:trPr>
          <w:jc w:val="center"/>
        </w:trPr>
        <w:tc>
          <w:tcPr>
            <w:tcW w:w="4680" w:type="dxa"/>
          </w:tcPr>
          <w:p w:rsidR="00D03138" w:rsidRDefault="00E37129">
            <w:r>
              <w:rPr>
                <w:sz w:val="19"/>
              </w:rPr>
              <w:lastRenderedPageBreak/>
              <w:t>Població i data: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________________, ___ de _________ de 2026</w:t>
            </w:r>
          </w:p>
        </w:tc>
        <w:tc>
          <w:tcPr>
            <w:tcW w:w="4680" w:type="dxa"/>
          </w:tcPr>
          <w:p w:rsidR="00D03138" w:rsidRDefault="00E37129">
            <w:r>
              <w:rPr>
                <w:sz w:val="19"/>
              </w:rPr>
              <w:t>Signatura de l'operador econòmic: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_____</w:t>
            </w:r>
            <w:r>
              <w:rPr>
                <w:sz w:val="19"/>
              </w:rPr>
              <w:t>_______________________________</w:t>
            </w:r>
          </w:p>
        </w:tc>
      </w:tr>
      <w:tr w:rsidR="00D03138">
        <w:trPr>
          <w:jc w:val="center"/>
        </w:trPr>
        <w:tc>
          <w:tcPr>
            <w:tcW w:w="4680" w:type="dxa"/>
          </w:tcPr>
          <w:p w:rsidR="00D03138" w:rsidRDefault="00D03138"/>
        </w:tc>
        <w:tc>
          <w:tcPr>
            <w:tcW w:w="4680" w:type="dxa"/>
          </w:tcPr>
          <w:p w:rsidR="00D03138" w:rsidRDefault="00D03138"/>
        </w:tc>
      </w:tr>
    </w:tbl>
    <w:p w:rsidR="00E37129" w:rsidRDefault="00E37129"/>
    <w:sectPr w:rsidR="00E3712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12427"/>
    <w:rsid w:val="00AA1D8D"/>
    <w:rsid w:val="00B47730"/>
    <w:rsid w:val="00CB0664"/>
    <w:rsid w:val="00D03138"/>
    <w:rsid w:val="00E371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405406"/>
  <w14:defaultImageDpi w14:val="300"/>
  <w15:docId w15:val="{7BE6D03A-404D-4AA4-9954-EB1A20CB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3714A8-65F6-4861-9B1D-CAA59F078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983</Words>
  <Characters>5409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Faena</cp:lastModifiedBy>
  <cp:revision>2</cp:revision>
  <dcterms:created xsi:type="dcterms:W3CDTF">2026-11-06T12:42:00Z</dcterms:created>
  <dcterms:modified xsi:type="dcterms:W3CDTF">2026-11-06T12:42:00Z</dcterms:modified>
  <cp:category/>
</cp:coreProperties>
</file>