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4083" w14:textId="77777777" w:rsidR="00966244" w:rsidRDefault="00000000">
      <w:pPr>
        <w:spacing w:before="320"/>
        <w:jc w:val="center"/>
      </w:pPr>
      <w:r>
        <w:rPr>
          <w:b/>
          <w:color w:val="1844D6"/>
          <w:sz w:val="34"/>
        </w:rPr>
        <w:t>MODEL DE PRESENTACIÓ D’OFERTA</w:t>
      </w:r>
      <w:r>
        <w:rPr>
          <w:b/>
          <w:color w:val="1844D6"/>
          <w:sz w:val="34"/>
        </w:rPr>
        <w:br/>
        <w:t>I DECLARACIÓ RESPONSABLE</w:t>
      </w:r>
    </w:p>
    <w:p w14:paraId="5CB5D248" w14:textId="77777777" w:rsidR="00966244" w:rsidRDefault="00000000">
      <w:pPr>
        <w:jc w:val="center"/>
      </w:pPr>
      <w:r>
        <w:rPr>
          <w:b/>
          <w:color w:val="1F2937"/>
          <w:sz w:val="21"/>
        </w:rPr>
        <w:t>CONTRACTE MENOR DE SERVEIS PER A L’ELIMINACIÓ DE GRAFITTIS D’EQUIPAMENTS MUNICIPALS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966244" w14:paraId="31BD6298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50F530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Núm. d’expedient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DB14E5" w14:textId="545767B7" w:rsidR="00966244" w:rsidRDefault="00CE2483">
            <w:pPr>
              <w:spacing w:after="0"/>
            </w:pPr>
            <w:r w:rsidRPr="00CE2483">
              <w:t>2026-1006CM</w:t>
            </w:r>
          </w:p>
        </w:tc>
      </w:tr>
      <w:tr w:rsidR="00966244" w14:paraId="0DBAA51A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7C2D0C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Òrgan de contractació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D8F84E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Gerència de Mogoda Serveis, SAM</w:t>
            </w:r>
          </w:p>
        </w:tc>
      </w:tr>
      <w:tr w:rsidR="00966244" w14:paraId="313CC663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5C84FA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Pressupost màxim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663CF2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15.000,00 € (IVA exclòs)</w:t>
            </w:r>
          </w:p>
        </w:tc>
      </w:tr>
      <w:tr w:rsidR="00966244" w14:paraId="045BB4AB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939FD5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Mitjà de presentació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675604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e-Licita – Presentació telemàtica d’ofertes</w:t>
            </w:r>
          </w:p>
        </w:tc>
      </w:tr>
    </w:tbl>
    <w:p w14:paraId="4D2EB619" w14:textId="77777777" w:rsidR="00966244" w:rsidRDefault="00000000">
      <w:pPr>
        <w:spacing w:before="140" w:after="120"/>
      </w:pPr>
      <w:r>
        <w:rPr>
          <w:b/>
          <w:color w:val="1844D6"/>
          <w:sz w:val="21"/>
        </w:rPr>
        <w:t>INSTRUCCIONS PER EMPLENAR EL MODEL</w:t>
      </w:r>
    </w:p>
    <w:p w14:paraId="140CBCD8" w14:textId="77777777" w:rsidR="00966244" w:rsidRDefault="00000000" w:rsidP="00CE2483">
      <w:pPr>
        <w:pStyle w:val="Listaconvietas"/>
        <w:ind w:left="340" w:hanging="142"/>
        <w:jc w:val="both"/>
      </w:pPr>
      <w:r>
        <w:t>Cal emplenar tots els camps que resultin aplicables, signar electrònicament el document i presentar-lo dins del termini habilitat a e-Licita.</w:t>
      </w:r>
    </w:p>
    <w:p w14:paraId="47B56330" w14:textId="77777777" w:rsidR="00966244" w:rsidRDefault="00000000" w:rsidP="00CE2483">
      <w:pPr>
        <w:pStyle w:val="Listaconvietas"/>
        <w:ind w:left="340" w:hanging="142"/>
        <w:jc w:val="both"/>
      </w:pPr>
      <w:r>
        <w:t>No s’ha de superar el pressupost màxim de 15.000,00 € sense IVA. Les ofertes que el superin no podran ser admeses.</w:t>
      </w:r>
    </w:p>
    <w:p w14:paraId="14AB1589" w14:textId="77777777" w:rsidR="00966244" w:rsidRDefault="00000000" w:rsidP="00CE2483">
      <w:pPr>
        <w:pStyle w:val="Listaconvietas"/>
        <w:ind w:left="340" w:hanging="142"/>
        <w:jc w:val="both"/>
      </w:pPr>
      <w:r>
        <w:t>L’import ofert i el nombre de metres quadrats (m²) de neteja compromesos constitueixen criteris automàticament valorables i, en cas d’adjudicació, passaran a formar part de l’oferta contractual i seran exigibles sense cost addicional.</w:t>
      </w:r>
    </w:p>
    <w:p w14:paraId="0265EE3B" w14:textId="77777777" w:rsidR="00966244" w:rsidRDefault="00000000" w:rsidP="00CE2483">
      <w:pPr>
        <w:pStyle w:val="Listaconvietas"/>
        <w:ind w:left="340" w:hanging="142"/>
        <w:jc w:val="both"/>
      </w:pPr>
      <w:r>
        <w:t>La documentació tècnica sol·licitada té la finalitat de verificar el compliment dels requisits mínims de la prestació i, llevat dels criteris indicats expressament a l’apartat 4, no és objecte de puntuació.</w:t>
      </w:r>
    </w:p>
    <w:p w14:paraId="1B710F86" w14:textId="77777777" w:rsidR="00966244" w:rsidRDefault="00000000">
      <w:pPr>
        <w:pStyle w:val="Ttulo1"/>
      </w:pPr>
      <w:r>
        <w:t>1. IDENTIFICACIÓ DE LA PERSONA O EMPRESA LICITADORA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966244" w14:paraId="5AB6D7FC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6D4319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Nom / raó social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B40880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03571368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88D54F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NIF / CIF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6C0DB8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1AD23E8C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901BCD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Domicili social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8768F5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0617C0A7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B6358A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Codi postal / municipi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3096D7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27982904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467499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Telèfon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F3F8AF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54E4DE2E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6A5752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Correu electrònic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A4A899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506F60CE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2C7A6D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Persona representant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61A122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6F5F88A0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E1954D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NIF de la persona representant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299C56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11F47640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0945DB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Càrrec / títol de representació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C9B368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</w:tbl>
    <w:p w14:paraId="6A692414" w14:textId="77777777" w:rsidR="00966244" w:rsidRDefault="00000000">
      <w:pPr>
        <w:pStyle w:val="Ttulo1"/>
      </w:pPr>
      <w:r>
        <w:t>2. DECLARACIÓ RESPONSABLE</w:t>
      </w:r>
    </w:p>
    <w:p w14:paraId="5E9A0142" w14:textId="77777777" w:rsidR="00966244" w:rsidRDefault="00000000">
      <w:pPr>
        <w:spacing w:after="100"/>
      </w:pPr>
      <w:r>
        <w:t>La persona que signa, en nom propi o en representació de l’empresa identificada a l’apartat anterior, DECLARA sota la seva responsabilitat que:</w:t>
      </w:r>
    </w:p>
    <w:p w14:paraId="552F33B1" w14:textId="77777777" w:rsidR="00966244" w:rsidRDefault="00000000">
      <w:pPr>
        <w:ind w:left="142"/>
      </w:pPr>
      <w:r>
        <w:rPr>
          <w:sz w:val="20"/>
        </w:rPr>
        <w:t>☐  Té plena capacitat d’obrar i disposa de l’habilitació empresarial o professional necessària per executar les prestacions objecte del contracte.</w:t>
      </w:r>
    </w:p>
    <w:p w14:paraId="0EDEEAAA" w14:textId="77777777" w:rsidR="00966244" w:rsidRDefault="00000000">
      <w:pPr>
        <w:ind w:left="142"/>
      </w:pPr>
      <w:r>
        <w:rPr>
          <w:sz w:val="20"/>
        </w:rPr>
        <w:t>☐  No es troba incursa en cap de les prohibicions de contractar previstes a la normativa de contractació pública.</w:t>
      </w:r>
    </w:p>
    <w:p w14:paraId="18DD3BAD" w14:textId="77777777" w:rsidR="00966244" w:rsidRDefault="00000000">
      <w:pPr>
        <w:ind w:left="142"/>
      </w:pPr>
      <w:r>
        <w:rPr>
          <w:sz w:val="20"/>
        </w:rPr>
        <w:t>☐  Es troba al corrent del compliment de les obligacions tributàries i amb la Seguretat Social i es compromet a acreditar-ho si li és requerit.</w:t>
      </w:r>
    </w:p>
    <w:p w14:paraId="7A470CFF" w14:textId="77777777" w:rsidR="00966244" w:rsidRDefault="00000000">
      <w:pPr>
        <w:ind w:left="142"/>
      </w:pPr>
      <w:r>
        <w:rPr>
          <w:sz w:val="20"/>
        </w:rPr>
        <w:lastRenderedPageBreak/>
        <w:t>☐  Coneix i accepta íntegrament l’objecte, l’abast funcional, les prescripcions tècniques mínimes, el termini d’execució, la garantia mínima de tres (3) mesos i la resta de determinacions de la documentació publicada per Mogoda Serveis, SAM.</w:t>
      </w:r>
    </w:p>
    <w:p w14:paraId="12CA98D6" w14:textId="77777777" w:rsidR="00966244" w:rsidRDefault="00000000">
      <w:pPr>
        <w:ind w:left="142"/>
      </w:pPr>
      <w:r>
        <w:rPr>
          <w:sz w:val="20"/>
        </w:rPr>
        <w:t>☐  L’oferta presentada comprèn tots els costos directes i indirectes necessaris per executar íntegrament el servei ofert, inclosos personal, desplaçaments, productes de neteja, maquinària i equips, mitjans auxiliars i de protecció, mesures de seguretat, retirada i gestió de residus i qualsevol altre cost necessari, excepte l’IVA que s’indica separadament.</w:t>
      </w:r>
    </w:p>
    <w:p w14:paraId="01560983" w14:textId="77777777" w:rsidR="00966244" w:rsidRDefault="00000000">
      <w:pPr>
        <w:ind w:left="142"/>
      </w:pPr>
      <w:r>
        <w:rPr>
          <w:sz w:val="20"/>
        </w:rPr>
        <w:t>☐  La informació incorporada en aquesta oferta és certa i es compromet a aportar, quan sigui requerida, la documentació acreditativa corresponent.</w:t>
      </w:r>
    </w:p>
    <w:p w14:paraId="5CB789CE" w14:textId="77777777" w:rsidR="00966244" w:rsidRDefault="00000000">
      <w:pPr>
        <w:ind w:left="142"/>
      </w:pPr>
      <w:r>
        <w:rPr>
          <w:sz w:val="20"/>
        </w:rPr>
        <w:t>☐  En cas de resultar adjudicatària, executarà els treballs amb productes, tècniques i equips adequats a cada tipus de superfície, adoptarà les mesures de seguretat i protecció necessàries i gestionarà correctament els residus i restes derivats de l’actuació, d’acord amb les instruccions de Mogoda Serveis, SAM.</w:t>
      </w:r>
    </w:p>
    <w:p w14:paraId="082E8BEB" w14:textId="77777777" w:rsidR="00966244" w:rsidRDefault="00000000">
      <w:pPr>
        <w:ind w:left="142"/>
      </w:pPr>
      <w:r>
        <w:rPr>
          <w:sz w:val="20"/>
        </w:rPr>
        <w:t>☐  Accepta que els compromisos quantificables consignats en aquest model formen part de l’oferta contractual i seran exigibles sense cost addicional.</w:t>
      </w:r>
    </w:p>
    <w:p w14:paraId="7CBA5A69" w14:textId="77777777" w:rsidR="00966244" w:rsidRDefault="00000000">
      <w:pPr>
        <w:pStyle w:val="Ttulo1"/>
      </w:pPr>
      <w:r>
        <w:t>3. OFERTA ECONÒMICA</w:t>
      </w:r>
    </w:p>
    <w:p w14:paraId="142B5626" w14:textId="77777777" w:rsidR="00966244" w:rsidRDefault="00000000">
      <w:r>
        <w:t>La persona licitadora formula la següent oferta econòmica per a l’execució de les actuacions objecte del contracte i dels metres quadrats (m²) de neteja compromesos a l’apartat 4: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966244" w14:paraId="1F4DB9D9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94A7C6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Import de l’oferta (IVA exclòs)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F54B12" w14:textId="77777777" w:rsidR="00966244" w:rsidRDefault="00000000">
            <w:pPr>
              <w:spacing w:after="0"/>
              <w:jc w:val="right"/>
            </w:pPr>
            <w:r>
              <w:rPr>
                <w:color w:val="1F2937"/>
                <w:sz w:val="18"/>
              </w:rPr>
              <w:t>________________________ €</w:t>
            </w:r>
          </w:p>
        </w:tc>
      </w:tr>
      <w:tr w:rsidR="00966244" w14:paraId="62C7AD0C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DF782D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IVA aplicable (%)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120E9F" w14:textId="77777777" w:rsidR="00966244" w:rsidRDefault="00000000">
            <w:pPr>
              <w:spacing w:after="0"/>
              <w:jc w:val="right"/>
            </w:pPr>
            <w:r>
              <w:rPr>
                <w:color w:val="1F2937"/>
                <w:sz w:val="18"/>
              </w:rPr>
              <w:t>________ %</w:t>
            </w:r>
          </w:p>
        </w:tc>
      </w:tr>
      <w:tr w:rsidR="00966244" w14:paraId="64181093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46838C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Import de l’IVA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3151B3" w14:textId="77777777" w:rsidR="00966244" w:rsidRDefault="00000000">
            <w:pPr>
              <w:spacing w:after="0"/>
              <w:jc w:val="right"/>
            </w:pPr>
            <w:r>
              <w:rPr>
                <w:color w:val="1F2937"/>
                <w:sz w:val="18"/>
              </w:rPr>
              <w:t>________________________ €</w:t>
            </w:r>
          </w:p>
        </w:tc>
      </w:tr>
      <w:tr w:rsidR="00966244" w14:paraId="3FDE53CB" w14:textId="77777777">
        <w:trPr>
          <w:cantSplit/>
          <w:jc w:val="center"/>
        </w:trPr>
        <w:tc>
          <w:tcPr>
            <w:tcW w:w="5100" w:type="dxa"/>
            <w:shd w:val="clear" w:color="auto" w:fill="EAF0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40BB5C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IMPORT TOTAL (IVA inclòs)</w:t>
            </w:r>
          </w:p>
        </w:tc>
        <w:tc>
          <w:tcPr>
            <w:tcW w:w="5100" w:type="dxa"/>
            <w:shd w:val="clear" w:color="auto" w:fill="EAF0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6077BC" w14:textId="77777777" w:rsidR="00966244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8"/>
              </w:rPr>
              <w:t>________________________ €</w:t>
            </w:r>
          </w:p>
        </w:tc>
      </w:tr>
    </w:tbl>
    <w:p w14:paraId="4F416D2F" w14:textId="77777777" w:rsidR="00966244" w:rsidRDefault="00000000">
      <w:pPr>
        <w:pStyle w:val="Smallnote"/>
        <w:spacing w:before="60"/>
      </w:pPr>
      <w:r>
        <w:t>Límit: l’import ofert no pot superar 15.000,00 € sense IVA.</w:t>
      </w:r>
    </w:p>
    <w:p w14:paraId="1C068722" w14:textId="77777777" w:rsidR="00966244" w:rsidRDefault="00000000">
      <w:pPr>
        <w:pStyle w:val="Ttulo1"/>
      </w:pPr>
      <w:r>
        <w:t>4. COMPROMISOS AUTOMÀTICAMENT VALORABLES</w:t>
      </w:r>
    </w:p>
    <w:p w14:paraId="417ADBC6" w14:textId="77777777" w:rsidR="00966244" w:rsidRDefault="00000000">
      <w:r>
        <w:t>S’han d’indicar necessàriament l’import de l’oferta i el nombre total de metres quadrats (m²) de neteja que l’empresa es compromet a executar dins del preu ofert. Aquests compromisos formaran part de l’oferta contractual.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966244" w14:paraId="344DC72C" w14:textId="77777777">
        <w:trPr>
          <w:cantSplit/>
          <w:jc w:val="center"/>
        </w:trPr>
        <w:tc>
          <w:tcPr>
            <w:tcW w:w="2550" w:type="dxa"/>
            <w:shd w:val="clear" w:color="auto" w:fill="1844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4E0C27" w14:textId="77777777" w:rsidR="0096624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Criteri</w:t>
            </w:r>
          </w:p>
        </w:tc>
        <w:tc>
          <w:tcPr>
            <w:tcW w:w="2550" w:type="dxa"/>
            <w:shd w:val="clear" w:color="auto" w:fill="1844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350A1C" w14:textId="77777777" w:rsidR="0096624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Compromís ofert</w:t>
            </w:r>
          </w:p>
        </w:tc>
        <w:tc>
          <w:tcPr>
            <w:tcW w:w="2550" w:type="dxa"/>
            <w:shd w:val="clear" w:color="auto" w:fill="1844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D1BB1F" w14:textId="77777777" w:rsidR="0096624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Màxim puntuable</w:t>
            </w:r>
          </w:p>
        </w:tc>
        <w:tc>
          <w:tcPr>
            <w:tcW w:w="2550" w:type="dxa"/>
            <w:shd w:val="clear" w:color="auto" w:fill="1844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048421" w14:textId="77777777" w:rsidR="0096624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Puntuació màxima</w:t>
            </w:r>
          </w:p>
        </w:tc>
      </w:tr>
      <w:tr w:rsidR="00966244" w14:paraId="4F73D91A" w14:textId="77777777">
        <w:trPr>
          <w:cantSplit/>
          <w:jc w:val="center"/>
        </w:trPr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DEAD04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Oferta econòmica</w:t>
            </w:r>
          </w:p>
        </w:tc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A0379D" w14:textId="77777777" w:rsidR="00966244" w:rsidRDefault="00000000">
            <w:pPr>
              <w:spacing w:after="0"/>
              <w:jc w:val="center"/>
            </w:pPr>
            <w:r>
              <w:rPr>
                <w:color w:val="1F2937"/>
                <w:sz w:val="18"/>
              </w:rPr>
              <w:t>Import indicat a l’apartat 3</w:t>
            </w:r>
          </w:p>
        </w:tc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824E9C" w14:textId="77777777" w:rsidR="00966244" w:rsidRDefault="00000000">
            <w:pPr>
              <w:spacing w:after="0"/>
              <w:jc w:val="center"/>
            </w:pPr>
            <w:r>
              <w:rPr>
                <w:color w:val="1F2937"/>
                <w:sz w:val="18"/>
              </w:rPr>
              <w:t>15.000,00 € sense IVA</w:t>
            </w:r>
          </w:p>
        </w:tc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0EA8EF" w14:textId="77777777" w:rsidR="00966244" w:rsidRDefault="00000000">
            <w:pPr>
              <w:spacing w:after="0"/>
              <w:jc w:val="center"/>
            </w:pPr>
            <w:r>
              <w:rPr>
                <w:color w:val="1F2937"/>
                <w:sz w:val="18"/>
              </w:rPr>
              <w:t>70 punts</w:t>
            </w:r>
          </w:p>
        </w:tc>
      </w:tr>
      <w:tr w:rsidR="00966244" w14:paraId="11254765" w14:textId="77777777">
        <w:trPr>
          <w:cantSplit/>
          <w:jc w:val="center"/>
        </w:trPr>
        <w:tc>
          <w:tcPr>
            <w:tcW w:w="2550" w:type="dxa"/>
            <w:shd w:val="clear" w:color="auto" w:fill="F9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5C9316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Rendiment de neteja (m²)</w:t>
            </w:r>
          </w:p>
        </w:tc>
        <w:tc>
          <w:tcPr>
            <w:tcW w:w="2550" w:type="dxa"/>
            <w:shd w:val="clear" w:color="auto" w:fill="F9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838843" w14:textId="77777777" w:rsidR="00966244" w:rsidRDefault="00000000">
            <w:pPr>
              <w:spacing w:after="0"/>
              <w:jc w:val="center"/>
            </w:pPr>
            <w:r>
              <w:rPr>
                <w:color w:val="1F2937"/>
                <w:sz w:val="18"/>
              </w:rPr>
              <w:t>________ m² de neteja</w:t>
            </w:r>
          </w:p>
        </w:tc>
        <w:tc>
          <w:tcPr>
            <w:tcW w:w="2550" w:type="dxa"/>
            <w:shd w:val="clear" w:color="auto" w:fill="F9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0F40F1" w14:textId="77777777" w:rsidR="00966244" w:rsidRDefault="00000000">
            <w:pPr>
              <w:spacing w:after="0"/>
              <w:jc w:val="center"/>
            </w:pPr>
            <w:r>
              <w:rPr>
                <w:color w:val="1F2937"/>
                <w:sz w:val="18"/>
              </w:rPr>
              <w:t>Major nombre de m² ofertats</w:t>
            </w:r>
          </w:p>
        </w:tc>
        <w:tc>
          <w:tcPr>
            <w:tcW w:w="2550" w:type="dxa"/>
            <w:shd w:val="clear" w:color="auto" w:fill="F9FA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3B25C7" w14:textId="77777777" w:rsidR="00966244" w:rsidRDefault="00000000">
            <w:pPr>
              <w:spacing w:after="0"/>
              <w:jc w:val="center"/>
            </w:pPr>
            <w:r>
              <w:rPr>
                <w:color w:val="1F2937"/>
                <w:sz w:val="18"/>
              </w:rPr>
              <w:t>30 punts</w:t>
            </w:r>
          </w:p>
        </w:tc>
      </w:tr>
    </w:tbl>
    <w:p w14:paraId="036C9DF4" w14:textId="77777777" w:rsidR="00966244" w:rsidRDefault="00000000">
      <w:pPr>
        <w:pStyle w:val="Smallnote"/>
      </w:pPr>
      <w:r>
        <w:rPr>
          <w:b/>
        </w:rPr>
        <w:t>Regles de puntuació: oferta econòmica: P = 70 × (oferta més baixa admesa / oferta valorada); rendiment de neteja: P = 30 × (m² ofertats / major nombre de m² ofertats).</w:t>
      </w:r>
    </w:p>
    <w:p w14:paraId="78F44373" w14:textId="77777777" w:rsidR="00966244" w:rsidRDefault="00000000">
      <w:pPr>
        <w:pStyle w:val="Ttulo1"/>
      </w:pPr>
      <w:r>
        <w:t>5. DOCUMENTACIÓ TÈCNICA DE VERIFICACIÓ (NO VALORABLE)</w:t>
      </w:r>
    </w:p>
    <w:p w14:paraId="4DCC7A41" w14:textId="77777777" w:rsidR="00966244" w:rsidRDefault="00000000">
      <w:r>
        <w:t>Aquest apartat té exclusivament la finalitat de verificar que l’empresa disposa dels mitjans, equips, productes, sistemes de neteja i mesures de seguretat adequats per executar correctament el servei.</w:t>
      </w:r>
    </w:p>
    <w:p w14:paraId="387AE39C" w14:textId="77777777" w:rsidR="00966244" w:rsidRDefault="00000000">
      <w:pPr>
        <w:pStyle w:val="Ttulo2"/>
        <w:pageBreakBefore/>
      </w:pPr>
      <w:r>
        <w:lastRenderedPageBreak/>
        <w:t>5.1. Mitjans tècnics i equips disponibles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966244" w14:paraId="5051FB0D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7AA2E6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Maquinària / equips principals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C8397B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46738887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18F39E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Mitjans auxiliars d’accés i treball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46E2B1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31094F20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496FFE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Elements de protecció de superfícies i entorn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5A5204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0B480038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2D5936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Mitjans de recollida i retirada de residus i aigües de neteja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C45D9C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492EDC3D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3D0FF3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Altres mitjans tècnics rellevants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99D28B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</w:tbl>
    <w:p w14:paraId="2EDF02B5" w14:textId="77777777" w:rsidR="00966244" w:rsidRDefault="00000000">
      <w:pPr>
        <w:pStyle w:val="Ttulo2"/>
      </w:pPr>
      <w:r>
        <w:t>5.2. Procediment d’actuació, protecció i seguretat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966244" w14:paraId="25EEE454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77AEB9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Inspecció prèvia i selecció de la metodologia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76C84C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0769DBCF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BA2063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Protecció d’elements adjacents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7966CE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0B63080E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224821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Mesures de seguretat durant l’actuació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35C8BE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0627EA0A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38C232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Retirada de residus, restes de pintura i aigües de neteja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7EF273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  <w:tr w:rsidR="00966244" w14:paraId="16086F4B" w14:textId="77777777">
        <w:trPr>
          <w:cantSplit/>
          <w:jc w:val="center"/>
        </w:trPr>
        <w:tc>
          <w:tcPr>
            <w:tcW w:w="5100" w:type="dxa"/>
            <w:shd w:val="clear" w:color="auto" w:fill="F2F4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4A4751" w14:textId="77777777" w:rsidR="00966244" w:rsidRDefault="00000000">
            <w:pPr>
              <w:spacing w:after="0"/>
            </w:pPr>
            <w:r>
              <w:rPr>
                <w:b/>
                <w:color w:val="1F2937"/>
                <w:sz w:val="18"/>
              </w:rPr>
              <w:t>Mesures per evitar danys o alteracions de les superfícies</w:t>
            </w:r>
          </w:p>
        </w:tc>
        <w:tc>
          <w:tcPr>
            <w:tcW w:w="51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9EC56A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</w:tr>
    </w:tbl>
    <w:p w14:paraId="5CA2466B" w14:textId="77777777" w:rsidR="00966244" w:rsidRDefault="00000000">
      <w:pPr>
        <w:pStyle w:val="Ttulo2"/>
      </w:pPr>
      <w:r>
        <w:t>5.3. Productes i sistemes de neteja previstos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548"/>
        <w:gridCol w:w="2548"/>
        <w:gridCol w:w="2547"/>
      </w:tblGrid>
      <w:tr w:rsidR="00966244" w14:paraId="787002E8" w14:textId="77777777">
        <w:trPr>
          <w:cantSplit/>
          <w:jc w:val="center"/>
        </w:trPr>
        <w:tc>
          <w:tcPr>
            <w:tcW w:w="2550" w:type="dxa"/>
            <w:shd w:val="clear" w:color="auto" w:fill="1844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745D39" w14:textId="77777777" w:rsidR="0096624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Producte / sistema</w:t>
            </w:r>
          </w:p>
        </w:tc>
        <w:tc>
          <w:tcPr>
            <w:tcW w:w="2550" w:type="dxa"/>
            <w:shd w:val="clear" w:color="auto" w:fill="1844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293232" w14:textId="77777777" w:rsidR="0096624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Ús o funció prevista</w:t>
            </w:r>
          </w:p>
        </w:tc>
        <w:tc>
          <w:tcPr>
            <w:tcW w:w="2550" w:type="dxa"/>
            <w:shd w:val="clear" w:color="auto" w:fill="1844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775D83" w14:textId="77777777" w:rsidR="0096624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Superfícies d’aplicació</w:t>
            </w:r>
          </w:p>
        </w:tc>
        <w:tc>
          <w:tcPr>
            <w:tcW w:w="2550" w:type="dxa"/>
            <w:shd w:val="clear" w:color="auto" w:fill="1844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4B5105" w14:textId="77777777" w:rsidR="0096624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Fitxa tècnica adjunta</w:t>
            </w:r>
          </w:p>
        </w:tc>
      </w:tr>
      <w:tr w:rsidR="00966244" w14:paraId="1A72D742" w14:textId="77777777">
        <w:trPr>
          <w:cantSplit/>
          <w:jc w:val="center"/>
        </w:trPr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2C732B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4B203F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20F2D1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102547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Sí ☐   No ☐</w:t>
            </w:r>
          </w:p>
        </w:tc>
      </w:tr>
      <w:tr w:rsidR="00966244" w14:paraId="587C4E2C" w14:textId="77777777">
        <w:trPr>
          <w:cantSplit/>
          <w:jc w:val="center"/>
        </w:trPr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B8B6E0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4C762F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5EB580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65D3D4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Sí ☐   No ☐</w:t>
            </w:r>
          </w:p>
        </w:tc>
      </w:tr>
      <w:tr w:rsidR="00966244" w14:paraId="05E67785" w14:textId="77777777">
        <w:trPr>
          <w:cantSplit/>
          <w:jc w:val="center"/>
        </w:trPr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CFC5E0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E6FEB0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C57762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[EMPLENAR]</w:t>
            </w:r>
          </w:p>
        </w:tc>
        <w:tc>
          <w:tcPr>
            <w:tcW w:w="255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81D572" w14:textId="77777777" w:rsidR="00966244" w:rsidRDefault="00000000">
            <w:pPr>
              <w:spacing w:after="0"/>
            </w:pPr>
            <w:r>
              <w:rPr>
                <w:color w:val="1F2937"/>
                <w:sz w:val="18"/>
              </w:rPr>
              <w:t>Sí ☐   No ☐</w:t>
            </w:r>
          </w:p>
        </w:tc>
      </w:tr>
    </w:tbl>
    <w:p w14:paraId="7583DB97" w14:textId="77777777" w:rsidR="00966244" w:rsidRDefault="00000000">
      <w:pPr>
        <w:pStyle w:val="Smallnote"/>
      </w:pPr>
      <w:r>
        <w:t>Cal adjuntar les fitxes tècniques o informació equivalent dels productes i sistemes de neteja que es preveu utilitzar.</w:t>
      </w:r>
    </w:p>
    <w:p w14:paraId="1FE0AB49" w14:textId="333E3D0E" w:rsidR="000B53E0" w:rsidRDefault="000B53E0" w:rsidP="000B53E0">
      <w:pPr>
        <w:pStyle w:val="Ttulo1"/>
        <w:pageBreakBefore/>
      </w:pPr>
      <w:r>
        <w:lastRenderedPageBreak/>
        <w:t>6</w:t>
      </w:r>
      <w:r>
        <w:t>. SUBCONTRACTACIÓ PREVISTA</w:t>
      </w:r>
    </w:p>
    <w:p w14:paraId="0917D73B" w14:textId="77777777" w:rsidR="000B53E0" w:rsidRDefault="000B53E0" w:rsidP="000B53E0">
      <w:r>
        <w:t>Indiqueu si es preveu subcontractar alguna part de la prestació. Aquesta informació no altera les obligacions i responsabilitats de l’adjudicatària davant Mogoda Serveis, SAM.</w:t>
      </w:r>
    </w:p>
    <w:p w14:paraId="72A89F63" w14:textId="77777777" w:rsidR="000B53E0" w:rsidRDefault="000B53E0" w:rsidP="000B53E0">
      <w:pPr>
        <w:ind w:left="142"/>
      </w:pPr>
      <w:r>
        <w:rPr>
          <w:sz w:val="20"/>
        </w:rPr>
        <w:t xml:space="preserve">☐  </w:t>
      </w:r>
      <w:r>
        <w:t>No es preveu subcontractar cap part de la prestació.</w:t>
      </w:r>
    </w:p>
    <w:p w14:paraId="49F79891" w14:textId="77777777" w:rsidR="000B53E0" w:rsidRDefault="000B53E0" w:rsidP="000B53E0">
      <w:pPr>
        <w:ind w:left="142"/>
      </w:pPr>
      <w:r>
        <w:rPr>
          <w:sz w:val="20"/>
        </w:rPr>
        <w:t xml:space="preserve">☐  </w:t>
      </w:r>
      <w:r>
        <w:t>Sí que es preveu subcontractar la part següent:</w:t>
      </w:r>
    </w:p>
    <w:p w14:paraId="3AA4D967" w14:textId="77777777" w:rsidR="000B53E0" w:rsidRDefault="000B53E0" w:rsidP="000B53E0">
      <w:pPr>
        <w:pStyle w:val="Smallnote"/>
        <w:spacing w:after="40"/>
      </w:pPr>
      <w:r>
        <w:t>________________________________________________________________________________</w:t>
      </w:r>
    </w:p>
    <w:p w14:paraId="61351F61" w14:textId="77777777" w:rsidR="000B53E0" w:rsidRDefault="000B53E0" w:rsidP="000B53E0">
      <w:pPr>
        <w:pStyle w:val="Smallnote"/>
        <w:spacing w:after="40"/>
      </w:pPr>
      <w:r>
        <w:t>________________________________________________________________________________</w:t>
      </w:r>
    </w:p>
    <w:p w14:paraId="046F4C5E" w14:textId="77777777" w:rsidR="000B53E0" w:rsidRDefault="000B53E0"/>
    <w:p w14:paraId="4882194E" w14:textId="77777777" w:rsidR="000B53E0" w:rsidRDefault="000B53E0"/>
    <w:p w14:paraId="6ACAE0ED" w14:textId="3CD167A6" w:rsidR="00966244" w:rsidRDefault="00000000">
      <w:r>
        <w:t>La persona signant declara que ha llegit i accepta el contingut íntegre d’aquest model i de la documentació que regeix la contractació, i formula l’oferta en els termes indicats anteriorment, assumint els compromisos econòmics, tècnics i de rendiment que hi consten.</w:t>
      </w:r>
    </w:p>
    <w:p w14:paraId="09AADB0D" w14:textId="77777777" w:rsidR="0007354C" w:rsidRDefault="0007354C">
      <w:pPr>
        <w:keepNext/>
        <w:spacing w:before="160"/>
        <w:rPr>
          <w:b/>
          <w:color w:val="1844D6"/>
          <w:sz w:val="21"/>
        </w:rPr>
      </w:pPr>
    </w:p>
    <w:p w14:paraId="3F101279" w14:textId="765CE63A" w:rsidR="0007354C" w:rsidRPr="000B53E0" w:rsidRDefault="0007354C" w:rsidP="000B53E0">
      <w:r w:rsidRPr="000B53E0">
        <w:t>Signat electrònicament</w:t>
      </w:r>
    </w:p>
    <w:p w14:paraId="5A9FD6EC" w14:textId="77777777" w:rsidR="0007354C" w:rsidRDefault="0007354C">
      <w:pPr>
        <w:keepNext/>
        <w:spacing w:before="160"/>
        <w:rPr>
          <w:b/>
          <w:color w:val="1844D6"/>
          <w:sz w:val="21"/>
        </w:rPr>
      </w:pPr>
    </w:p>
    <w:p w14:paraId="784D830D" w14:textId="77777777" w:rsidR="0007354C" w:rsidRDefault="0007354C">
      <w:pPr>
        <w:keepNext/>
        <w:spacing w:before="160"/>
        <w:rPr>
          <w:b/>
          <w:color w:val="1844D6"/>
          <w:sz w:val="21"/>
        </w:rPr>
      </w:pPr>
    </w:p>
    <w:p w14:paraId="1259A3A4" w14:textId="77777777" w:rsidR="0007354C" w:rsidRDefault="0007354C">
      <w:pPr>
        <w:keepNext/>
        <w:spacing w:before="160"/>
        <w:rPr>
          <w:b/>
          <w:color w:val="1844D6"/>
          <w:sz w:val="21"/>
        </w:rPr>
      </w:pPr>
    </w:p>
    <w:p w14:paraId="1B5E119D" w14:textId="24245024" w:rsidR="00966244" w:rsidRDefault="00966244" w:rsidP="000B53E0">
      <w:pPr>
        <w:pStyle w:val="Listaconvietas"/>
        <w:numPr>
          <w:ilvl w:val="0"/>
          <w:numId w:val="0"/>
        </w:numPr>
        <w:ind w:left="340"/>
      </w:pPr>
    </w:p>
    <w:sectPr w:rsidR="00966244" w:rsidSect="00034616">
      <w:headerReference w:type="default" r:id="rId8"/>
      <w:footerReference w:type="default" r:id="rId9"/>
      <w:pgSz w:w="12240" w:h="15840"/>
      <w:pgMar w:top="907" w:right="1020" w:bottom="879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21343" w14:textId="77777777" w:rsidR="00366B26" w:rsidRDefault="00366B26">
      <w:pPr>
        <w:spacing w:after="0" w:line="240" w:lineRule="auto"/>
      </w:pPr>
      <w:r>
        <w:separator/>
      </w:r>
    </w:p>
  </w:endnote>
  <w:endnote w:type="continuationSeparator" w:id="0">
    <w:p w14:paraId="4EFDC749" w14:textId="77777777" w:rsidR="00366B26" w:rsidRDefault="00366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5845B" w14:textId="77777777" w:rsidR="00966244" w:rsidRDefault="00000000">
    <w:pPr>
      <w:pStyle w:val="Piedepgina"/>
      <w:jc w:val="center"/>
    </w:pPr>
    <w:r>
      <w:rPr>
        <w:color w:val="646464"/>
        <w:sz w:val="15"/>
      </w:rPr>
      <w:t>Mogoda Serveis, SAM · Model de presentació d’oferta · Contracte menor eliminació de grafittis</w:t>
    </w:r>
  </w:p>
  <w:p w14:paraId="421364FC" w14:textId="77777777" w:rsidR="00966244" w:rsidRDefault="00000000">
    <w:pPr>
      <w:jc w:val="right"/>
    </w:pPr>
    <w:r>
      <w:rPr>
        <w:color w:val="646464"/>
        <w:sz w:val="15"/>
      </w:rPr>
      <w:t xml:space="preserve">Pàgina </w:t>
    </w:r>
    <w:r>
      <w:fldChar w:fldCharType="begin"/>
    </w:r>
    <w:r>
      <w:instrText>PAGE</w:instrText>
    </w:r>
    <w:r>
      <w:fldChar w:fldCharType="separate"/>
    </w:r>
    <w:r w:rsidR="00CE248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AF64C" w14:textId="77777777" w:rsidR="00366B26" w:rsidRDefault="00366B26">
      <w:pPr>
        <w:spacing w:after="0" w:line="240" w:lineRule="auto"/>
      </w:pPr>
      <w:r>
        <w:separator/>
      </w:r>
    </w:p>
  </w:footnote>
  <w:footnote w:type="continuationSeparator" w:id="0">
    <w:p w14:paraId="6ED5B9CA" w14:textId="77777777" w:rsidR="00366B26" w:rsidRDefault="00366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274A" w14:textId="77777777" w:rsidR="00966244" w:rsidRDefault="00000000">
    <w:pPr>
      <w:pStyle w:val="Encabezado"/>
    </w:pPr>
    <w:r>
      <w:rPr>
        <w:noProof/>
      </w:rPr>
      <w:drawing>
        <wp:inline distT="0" distB="0" distL="0" distR="0" wp14:anchorId="39283E28" wp14:editId="57E54C9C">
          <wp:extent cx="1440000" cy="6370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goda_logo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637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8625847">
    <w:abstractNumId w:val="8"/>
  </w:num>
  <w:num w:numId="2" w16cid:durableId="906110445">
    <w:abstractNumId w:val="6"/>
  </w:num>
  <w:num w:numId="3" w16cid:durableId="865144185">
    <w:abstractNumId w:val="5"/>
  </w:num>
  <w:num w:numId="4" w16cid:durableId="1979144979">
    <w:abstractNumId w:val="4"/>
  </w:num>
  <w:num w:numId="5" w16cid:durableId="693267824">
    <w:abstractNumId w:val="7"/>
  </w:num>
  <w:num w:numId="6" w16cid:durableId="1396510835">
    <w:abstractNumId w:val="3"/>
  </w:num>
  <w:num w:numId="7" w16cid:durableId="2080666148">
    <w:abstractNumId w:val="2"/>
  </w:num>
  <w:num w:numId="8" w16cid:durableId="211383600">
    <w:abstractNumId w:val="1"/>
  </w:num>
  <w:num w:numId="9" w16cid:durableId="1025179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4C"/>
    <w:rsid w:val="000B53E0"/>
    <w:rsid w:val="0015074B"/>
    <w:rsid w:val="0029639D"/>
    <w:rsid w:val="00326F90"/>
    <w:rsid w:val="00366B26"/>
    <w:rsid w:val="00966244"/>
    <w:rsid w:val="00A47E22"/>
    <w:rsid w:val="00AA1D8D"/>
    <w:rsid w:val="00B47730"/>
    <w:rsid w:val="00CB0664"/>
    <w:rsid w:val="00CE2483"/>
    <w:rsid w:val="00F0444A"/>
    <w:rsid w:val="00F131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48C060"/>
  <w14:defaultImageDpi w14:val="300"/>
  <w15:docId w15:val="{4D5E9032-1B5A-416A-875B-9B950D96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eastAsia="Arial" w:hAnsi="Arial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844D6"/>
      <w:sz w:val="25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2937"/>
      <w:sz w:val="2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844D6"/>
      <w:spacing w:val="5"/>
      <w:kern w:val="28"/>
      <w:sz w:val="3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eastAsia="Arial" w:hAnsi="Arial"/>
      <w:color w:val="50505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de presentació d’oferta - Web Mogoda Serveis</dc:title>
  <dc:subject>Contracte menor de serveis per al disseny, desenvolupament i posada en marxa del web corporatiu</dc:subject>
  <dc:creator>Mogoda Serveis, SAM</dc:creator>
  <cp:keywords>contracte menor, e-Licita, oferta, web corporatiu, Mogoda Serveis</cp:keywords>
  <cp:lastModifiedBy>Victor Duque</cp:lastModifiedBy>
  <cp:revision>4</cp:revision>
  <dcterms:created xsi:type="dcterms:W3CDTF">2026-08-26T17:44:00Z</dcterms:created>
  <dcterms:modified xsi:type="dcterms:W3CDTF">2026-10-21T05:05:00Z</dcterms:modified>
  <cp:category/>
</cp:coreProperties>
</file>