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4083" w14:textId="77777777" w:rsidR="00966244" w:rsidRDefault="00000000">
      <w:pPr>
        <w:spacing w:before="320"/>
        <w:jc w:val="center"/>
      </w:pPr>
      <w:r>
        <w:rPr>
          <w:b/>
          <w:color w:val="1844D6"/>
          <w:sz w:val="34"/>
        </w:rPr>
        <w:t>MODEL DE PRESENTACIÓ D’OFERTA</w:t>
      </w:r>
      <w:r>
        <w:rPr>
          <w:b/>
          <w:color w:val="1844D6"/>
          <w:sz w:val="34"/>
        </w:rPr>
        <w:br/>
        <w:t>I DECLARACIÓ RESPONSABLE</w:t>
      </w:r>
    </w:p>
    <w:p w14:paraId="5CB5D248" w14:textId="77777777" w:rsidR="00966244" w:rsidRDefault="00000000">
      <w:pPr>
        <w:jc w:val="center"/>
      </w:pPr>
      <w:r>
        <w:rPr>
          <w:b/>
          <w:color w:val="1F2937"/>
          <w:sz w:val="21"/>
        </w:rPr>
        <w:t>CONTRACTE MENOR DE SERVEIS PER AL DISSENY, DESENVOLUPAMENT I POSADA EN MARXA DEL WEB CORPORATIU DE MOGODA SERVEIS, SAM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66244" w14:paraId="31BD6298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50F530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Núm. d’expedient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DB14E5" w14:textId="545767B7" w:rsidR="00966244" w:rsidRDefault="00CE2483">
            <w:pPr>
              <w:spacing w:after="0"/>
            </w:pPr>
            <w:r w:rsidRPr="00CE2483">
              <w:t>2026-1001CM</w:t>
            </w:r>
          </w:p>
        </w:tc>
      </w:tr>
      <w:tr w:rsidR="00966244" w14:paraId="0DBAA51A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7C2D0C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Òrgan de contractació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D8F84E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Gerència de Mogoda Serveis, SAM</w:t>
            </w:r>
          </w:p>
        </w:tc>
      </w:tr>
      <w:tr w:rsidR="00966244" w14:paraId="313CC663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5C84FA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Pressupost màxim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663CF2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14.900,00 € (IVA exclòs)</w:t>
            </w:r>
          </w:p>
        </w:tc>
      </w:tr>
      <w:tr w:rsidR="00966244" w14:paraId="045BB4AB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939FD5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Mitjà de presentació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675604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e-Licita – Presentació telemàtica d’ofertes</w:t>
            </w:r>
          </w:p>
        </w:tc>
      </w:tr>
    </w:tbl>
    <w:p w14:paraId="4D2EB619" w14:textId="77777777" w:rsidR="00966244" w:rsidRDefault="00000000">
      <w:pPr>
        <w:spacing w:before="140" w:after="120"/>
      </w:pPr>
      <w:r>
        <w:rPr>
          <w:b/>
          <w:color w:val="1844D6"/>
          <w:sz w:val="21"/>
        </w:rPr>
        <w:t>INSTRUCCIONS PER EMPLENAR EL MODEL</w:t>
      </w:r>
    </w:p>
    <w:p w14:paraId="140CBCD8" w14:textId="77777777" w:rsidR="00966244" w:rsidRDefault="00000000" w:rsidP="00CE2483">
      <w:pPr>
        <w:pStyle w:val="Listaconvietas"/>
        <w:ind w:left="340" w:hanging="142"/>
        <w:jc w:val="both"/>
      </w:pPr>
      <w:r>
        <w:t>Cal emplenar tots els camps que resultin aplicables, signar electrònicament el document i presentar-lo dins del termini habilitat a e-Licita.</w:t>
      </w:r>
    </w:p>
    <w:p w14:paraId="47B56330" w14:textId="77777777" w:rsidR="00966244" w:rsidRDefault="00000000" w:rsidP="00CE2483">
      <w:pPr>
        <w:pStyle w:val="Listaconvietas"/>
        <w:ind w:left="340" w:hanging="142"/>
        <w:jc w:val="both"/>
      </w:pPr>
      <w:r>
        <w:t>No s’ha de superar el pressupost màxim de 14.900,00 € sense IVA. Les ofertes que el superin no podran ser admeses.</w:t>
      </w:r>
    </w:p>
    <w:p w14:paraId="14AB1589" w14:textId="77777777" w:rsidR="00966244" w:rsidRDefault="00000000" w:rsidP="00CE2483">
      <w:pPr>
        <w:pStyle w:val="Listaconvietas"/>
        <w:ind w:left="340" w:hanging="142"/>
        <w:jc w:val="both"/>
      </w:pPr>
      <w:r>
        <w:t>Els compromisos indicats als apartats valorables passen a formar part de l’oferta i seran exigibles durant l’execució del contracte sense cost addicional.</w:t>
      </w:r>
    </w:p>
    <w:p w14:paraId="0265EE3B" w14:textId="77777777" w:rsidR="00966244" w:rsidRDefault="00000000" w:rsidP="00CE2483">
      <w:pPr>
        <w:pStyle w:val="Listaconvietas"/>
        <w:ind w:left="340" w:hanging="142"/>
        <w:jc w:val="both"/>
      </w:pPr>
      <w:r>
        <w:t>La memòria descriptiva és únicament de verificació del compliment dels requisits mínims i no és objecte de puntuació.</w:t>
      </w:r>
    </w:p>
    <w:p w14:paraId="1B710F86" w14:textId="77777777" w:rsidR="00966244" w:rsidRDefault="00000000">
      <w:pPr>
        <w:pStyle w:val="Ttulo1"/>
      </w:pPr>
      <w:r>
        <w:t>1. IDENTIFICACIÓ DE LA PERSONA O EMPRESA LICITADORA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66244" w14:paraId="5AB6D7FC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6D4319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Nom / raó social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B40880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03571368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88D54F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NIF / CIF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6C0DB8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1AD23E8C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901BCD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Domicili social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8768F5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0617C0A7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B6358A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Codi postal / municipi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3096D7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27982904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467499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Telèfon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F3F8AF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54E4DE2E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A5752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Correu electrònic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A4A899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506F60CE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2C7A6D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Persona representant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61A122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6F5F88A0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E1954D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NIF de la persona representant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299C56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11F47640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0945DB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Càrrec / títol de representació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C9B368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</w:tbl>
    <w:p w14:paraId="6A692414" w14:textId="77777777" w:rsidR="00966244" w:rsidRDefault="00000000">
      <w:pPr>
        <w:pStyle w:val="Ttulo1"/>
      </w:pPr>
      <w:r>
        <w:t>2. DECLARACIÓ RESPONSABLE</w:t>
      </w:r>
    </w:p>
    <w:p w14:paraId="5E9A0142" w14:textId="77777777" w:rsidR="00966244" w:rsidRDefault="00000000">
      <w:pPr>
        <w:spacing w:after="100"/>
      </w:pPr>
      <w:r>
        <w:t>La persona que signa, en nom propi o en representació de l’empresa identificada a l’apartat anterior, DECLARA sota la seva responsabilitat que:</w:t>
      </w:r>
    </w:p>
    <w:p w14:paraId="552F33B1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Té plena capacitat d’obrar i disposa de l’habilitació empresarial o professional necessària per executar les prestacions objecte del contracte.</w:t>
      </w:r>
    </w:p>
    <w:p w14:paraId="0EDEEAAA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No es troba incursa en cap de les prohibicions de contractar previstes a la normativa de contractació pública.</w:t>
      </w:r>
    </w:p>
    <w:p w14:paraId="18DD3BAD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Es troba al corrent del compliment de les obligacions tributàries i amb la Seguretat Social i es compromet a acreditar-ho si li és requerit.</w:t>
      </w:r>
    </w:p>
    <w:p w14:paraId="7A470CFF" w14:textId="77777777" w:rsidR="00966244" w:rsidRDefault="00000000">
      <w:pPr>
        <w:ind w:left="142"/>
      </w:pPr>
      <w:r>
        <w:rPr>
          <w:sz w:val="20"/>
        </w:rPr>
        <w:lastRenderedPageBreak/>
        <w:t xml:space="preserve">☐  </w:t>
      </w:r>
      <w:r>
        <w:t>Coneix i accepta íntegrament l’objecte, les condicions, els requisits tècnics, el termini i la resta de determinacions de la documentació publicada per Mogoda Serveis, SAM.</w:t>
      </w:r>
    </w:p>
    <w:p w14:paraId="12CA98D6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L’oferta presentada comprèn tots els costos directes i indirectes necessaris per executar íntegrament el contracte, incloses despeses generals, llicències declarades, allotjament inclòs en l’abast, desplaçaments i qualsevol altre cost necessari, excepte l’IVA que s’indica separadament.</w:t>
      </w:r>
    </w:p>
    <w:p w14:paraId="01560983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La informació incorporada en aquesta oferta és certa i es compromet a aportar, quan sigui requerida, la documentació acreditativa corresponent.</w:t>
      </w:r>
    </w:p>
    <w:p w14:paraId="5CB789CE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En cas de resultar adjudicatària, complirà les obligacions aplicables en matèria de protecció de dades, seguretat, accessibilitat, propietat intel·lectual i confidencialitat, així com les instruccions de Mogoda Serveis, SAM.</w:t>
      </w:r>
    </w:p>
    <w:p w14:paraId="082E8BEB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Accepta que els compromisos quantificables consignats en aquest model formen part de l’oferta contractual i seran exigibles sense cost addicional.</w:t>
      </w:r>
    </w:p>
    <w:p w14:paraId="7CBA5A69" w14:textId="77777777" w:rsidR="00966244" w:rsidRDefault="00000000">
      <w:pPr>
        <w:pStyle w:val="Ttulo1"/>
      </w:pPr>
      <w:r>
        <w:t>3. OFERTA ECONÒMICA</w:t>
      </w:r>
    </w:p>
    <w:p w14:paraId="142B5626" w14:textId="77777777" w:rsidR="00966244" w:rsidRDefault="00000000">
      <w:r>
        <w:t>La persona licitadora formula la següent oferta econòmica per l’execució completa de l’objecte del contracte: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66244" w14:paraId="1F4DB9D9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94A7C6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Import de l’oferta (IVA exclòs)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F54B12" w14:textId="77777777" w:rsidR="00966244" w:rsidRDefault="00000000">
            <w:pPr>
              <w:spacing w:after="0"/>
              <w:jc w:val="right"/>
            </w:pPr>
            <w:r>
              <w:rPr>
                <w:color w:val="1F2937"/>
                <w:sz w:val="18"/>
              </w:rPr>
              <w:t>________________________ €</w:t>
            </w:r>
          </w:p>
        </w:tc>
      </w:tr>
      <w:tr w:rsidR="00966244" w14:paraId="62C7AD0C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DF782D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IVA aplicable (%)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F120E9F" w14:textId="77777777" w:rsidR="00966244" w:rsidRDefault="00000000">
            <w:pPr>
              <w:spacing w:after="0"/>
              <w:jc w:val="right"/>
            </w:pPr>
            <w:r>
              <w:rPr>
                <w:color w:val="1F2937"/>
                <w:sz w:val="18"/>
              </w:rPr>
              <w:t>________ %</w:t>
            </w:r>
          </w:p>
        </w:tc>
      </w:tr>
      <w:tr w:rsidR="00966244" w14:paraId="64181093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46838C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Import de l’IVA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3151B3" w14:textId="77777777" w:rsidR="00966244" w:rsidRDefault="00000000">
            <w:pPr>
              <w:spacing w:after="0"/>
              <w:jc w:val="right"/>
            </w:pPr>
            <w:r>
              <w:rPr>
                <w:color w:val="1F2937"/>
                <w:sz w:val="18"/>
              </w:rPr>
              <w:t>________________________ €</w:t>
            </w:r>
          </w:p>
        </w:tc>
      </w:tr>
      <w:tr w:rsidR="00966244" w14:paraId="3FDE53CB" w14:textId="77777777">
        <w:trPr>
          <w:cantSplit/>
          <w:jc w:val="center"/>
        </w:trPr>
        <w:tc>
          <w:tcPr>
            <w:tcW w:w="5100" w:type="dxa"/>
            <w:shd w:val="clear" w:color="auto" w:fill="EAF0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40BB5C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IMPORT TOTAL (IVA inclòs)</w:t>
            </w:r>
          </w:p>
        </w:tc>
        <w:tc>
          <w:tcPr>
            <w:tcW w:w="5100" w:type="dxa"/>
            <w:shd w:val="clear" w:color="auto" w:fill="EAF0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6077BC" w14:textId="77777777" w:rsidR="00966244" w:rsidRDefault="00000000">
            <w:pPr>
              <w:spacing w:after="0"/>
              <w:jc w:val="right"/>
            </w:pPr>
            <w:r>
              <w:rPr>
                <w:b/>
                <w:color w:val="1F2937"/>
                <w:sz w:val="18"/>
              </w:rPr>
              <w:t>________________________ €</w:t>
            </w:r>
          </w:p>
        </w:tc>
      </w:tr>
    </w:tbl>
    <w:p w14:paraId="4F416D2F" w14:textId="77777777" w:rsidR="00966244" w:rsidRDefault="00000000">
      <w:pPr>
        <w:pStyle w:val="Smallnote"/>
        <w:spacing w:before="60"/>
      </w:pPr>
      <w:r>
        <w:t>Límit: l’import ofert no pot superar 14.900,00 € sense IVA.</w:t>
      </w:r>
    </w:p>
    <w:p w14:paraId="1C068722" w14:textId="77777777" w:rsidR="00966244" w:rsidRDefault="00000000">
      <w:pPr>
        <w:pStyle w:val="Ttulo1"/>
      </w:pPr>
      <w:r>
        <w:t>4. COMPROMISOS AUTOMÀTICAMENT VALORABLES</w:t>
      </w:r>
    </w:p>
    <w:p w14:paraId="417ADBC6" w14:textId="77777777" w:rsidR="00966244" w:rsidRDefault="00000000">
      <w:r>
        <w:t>S’han d’indicar els compromisos oferts. Si no s’indica cap valor, s’entendrà que no s’ofereix millora respecte del mínim obligatori. Els valors que excedeixin els màxims puntuables no generaran puntuació addicional.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966244" w14:paraId="344DC72C" w14:textId="77777777">
        <w:trPr>
          <w:cantSplit/>
          <w:jc w:val="center"/>
        </w:trPr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4E0C27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Criteri</w:t>
            </w:r>
          </w:p>
        </w:tc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350A1C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Compromís ofert</w:t>
            </w:r>
          </w:p>
        </w:tc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D1BB1F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Màxim puntuable</w:t>
            </w:r>
          </w:p>
        </w:tc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048421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Puntuació màxima</w:t>
            </w:r>
          </w:p>
        </w:tc>
      </w:tr>
      <w:tr w:rsidR="00966244" w14:paraId="4F73D91A" w14:textId="77777777">
        <w:trPr>
          <w:cantSplit/>
          <w:jc w:val="center"/>
        </w:trPr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DEAD04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Oferta econòmica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A0379D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Import indicat a l’apartat 3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824E9C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14.900,00 € sense IVA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0EA8EF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70 punts</w:t>
            </w:r>
          </w:p>
        </w:tc>
      </w:tr>
      <w:tr w:rsidR="00966244" w14:paraId="11254765" w14:textId="77777777">
        <w:trPr>
          <w:cantSplit/>
          <w:jc w:val="center"/>
        </w:trPr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5C9316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Borsa d’hores d’ajustos</w:t>
            </w:r>
          </w:p>
        </w:tc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838843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________ hores addicionals</w:t>
            </w:r>
          </w:p>
        </w:tc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0F40F1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10 hores</w:t>
            </w:r>
          </w:p>
        </w:tc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3B25C7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15 punts</w:t>
            </w:r>
          </w:p>
        </w:tc>
      </w:tr>
      <w:tr w:rsidR="00966244" w14:paraId="75252414" w14:textId="77777777">
        <w:trPr>
          <w:cantSplit/>
          <w:jc w:val="center"/>
        </w:trPr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30AA28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Formació addicional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FCB0C7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________ hores addicionals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167983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4 hores addicionals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4091C6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8 punts</w:t>
            </w:r>
          </w:p>
        </w:tc>
      </w:tr>
      <w:tr w:rsidR="00966244" w14:paraId="41480820" w14:textId="77777777">
        <w:trPr>
          <w:cantSplit/>
          <w:jc w:val="center"/>
        </w:trPr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E61A96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Reducció termini d’implantació</w:t>
            </w:r>
          </w:p>
        </w:tc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96C822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Termini ofert: ______ setmanes</w:t>
            </w:r>
          </w:p>
        </w:tc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887973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Mínim 12 / màxim 16 setmanes</w:t>
            </w:r>
          </w:p>
        </w:tc>
        <w:tc>
          <w:tcPr>
            <w:tcW w:w="2550" w:type="dxa"/>
            <w:shd w:val="clear" w:color="auto" w:fill="F9FAFB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A7F3FD" w14:textId="77777777" w:rsidR="00966244" w:rsidRDefault="00000000">
            <w:pPr>
              <w:spacing w:after="0"/>
              <w:jc w:val="center"/>
            </w:pPr>
            <w:r>
              <w:rPr>
                <w:color w:val="1F2937"/>
                <w:sz w:val="18"/>
              </w:rPr>
              <w:t>7 punts</w:t>
            </w:r>
          </w:p>
        </w:tc>
      </w:tr>
    </w:tbl>
    <w:p w14:paraId="036C9DF4" w14:textId="77777777" w:rsidR="00966244" w:rsidRDefault="00000000">
      <w:pPr>
        <w:pStyle w:val="Smallnote"/>
      </w:pPr>
      <w:r>
        <w:rPr>
          <w:b/>
        </w:rPr>
        <w:t xml:space="preserve">Regles de puntuació: </w:t>
      </w:r>
      <w:r>
        <w:t>preu: P = 70 × (oferta més baixa admesa / oferta valorada); borsa d’hores: 1,5 punts per hora fins a 10; formació: 2 punts per hora addicional sobre les 4 hores mínimes fins a 4 hores; termini: 1,75 punts per setmana completa de reducció respecte de 16 setmanes, amb un mínim admissible de 12 setmanes.</w:t>
      </w:r>
    </w:p>
    <w:p w14:paraId="78F44373" w14:textId="77777777" w:rsidR="00966244" w:rsidRDefault="00000000">
      <w:pPr>
        <w:pStyle w:val="Ttulo1"/>
      </w:pPr>
      <w:r>
        <w:t>5. MEMÒRIA DESCRIPTIVA BREU (NO VALORABLE)</w:t>
      </w:r>
    </w:p>
    <w:p w14:paraId="4DCC7A41" w14:textId="77777777" w:rsidR="00966244" w:rsidRDefault="00000000">
      <w:r>
        <w:t>Aquest apartat té exclusivament la finalitat de verificar que la solució proposada compleix els requisits mínims. Es recomana una extensió màxima de 3 pàgines, incloses les taules següents.</w:t>
      </w:r>
    </w:p>
    <w:p w14:paraId="387AE39C" w14:textId="77777777" w:rsidR="00966244" w:rsidRDefault="00000000">
      <w:pPr>
        <w:pStyle w:val="Ttulo2"/>
      </w:pPr>
      <w:r>
        <w:t>5.1. Solució tecnològica i gestor de continguts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66244" w14:paraId="5051FB0D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7AA2E6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CMS / tecnologia proposada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C8397B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46738887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18F39E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Versió o branca prevista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46E2B1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31094F20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496FFE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lastRenderedPageBreak/>
              <w:t>Llicència del CMS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A5204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0B480038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2D5936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Sistema autogestionable per personal no tècnic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C45D9C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Sí ☐    No ☐</w:t>
            </w:r>
          </w:p>
        </w:tc>
      </w:tr>
      <w:tr w:rsidR="00966244" w14:paraId="492EDC3D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3D0FF3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Preparat per futurs idiomes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99D28B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Sí ☐    No ☐</w:t>
            </w:r>
          </w:p>
        </w:tc>
      </w:tr>
    </w:tbl>
    <w:p w14:paraId="25C3DD6A" w14:textId="77777777" w:rsidR="00966244" w:rsidRDefault="00000000">
      <w:r>
        <w:t>Descripció breu de l’arquitectura, components i criteris de mantenibilitat/reversibilitat:</w:t>
      </w:r>
    </w:p>
    <w:p w14:paraId="6611E966" w14:textId="77777777" w:rsidR="00966244" w:rsidRDefault="00000000">
      <w:pPr>
        <w:pStyle w:val="Smallnote"/>
        <w:spacing w:after="40"/>
      </w:pPr>
      <w:r>
        <w:t>________________________________________________________________________________</w:t>
      </w:r>
    </w:p>
    <w:p w14:paraId="5833C93E" w14:textId="77777777" w:rsidR="00966244" w:rsidRDefault="00000000">
      <w:pPr>
        <w:pStyle w:val="Smallnote"/>
        <w:spacing w:after="40"/>
      </w:pPr>
      <w:r>
        <w:t>________________________________________________________________________________</w:t>
      </w:r>
    </w:p>
    <w:p w14:paraId="55BC2B89" w14:textId="77777777" w:rsidR="00966244" w:rsidRDefault="00000000">
      <w:pPr>
        <w:pStyle w:val="Smallnote"/>
        <w:spacing w:after="40"/>
      </w:pPr>
      <w:r>
        <w:t>________________________________________________________________________________</w:t>
      </w:r>
    </w:p>
    <w:p w14:paraId="2EDF02B5" w14:textId="77777777" w:rsidR="00966244" w:rsidRDefault="00000000">
      <w:pPr>
        <w:pStyle w:val="Ttulo2"/>
      </w:pPr>
      <w:r>
        <w:t>5.2. Allotjament, seguretat i continuïtat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966244" w14:paraId="25EEE454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77AEB9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Proveïdor / model d’allotjament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76C84C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0769DBCF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BA2063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Ubicació prevista dels centres de dades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7966CE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0B63080E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224821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Còpies de seguretat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5C8BE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[freqüència / retenció]</w:t>
            </w:r>
          </w:p>
        </w:tc>
      </w:tr>
      <w:tr w:rsidR="00966244" w14:paraId="0627EA0A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38C232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Monitoratge i actualitzacions de seguretat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7EF273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16086F4B" w14:textId="77777777">
        <w:trPr>
          <w:cantSplit/>
          <w:jc w:val="center"/>
        </w:trPr>
        <w:tc>
          <w:tcPr>
            <w:tcW w:w="5100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4A4751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HTTPS/TLS i certificats</w:t>
            </w:r>
          </w:p>
        </w:tc>
        <w:tc>
          <w:tcPr>
            <w:tcW w:w="510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9EC56A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</w:tbl>
    <w:p w14:paraId="5CA2466B" w14:textId="77777777" w:rsidR="00966244" w:rsidRDefault="00000000">
      <w:pPr>
        <w:pStyle w:val="Ttulo2"/>
      </w:pPr>
      <w:r>
        <w:t>5.3. Components i llicències de tercers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8"/>
        <w:gridCol w:w="2548"/>
        <w:gridCol w:w="2547"/>
        <w:gridCol w:w="2547"/>
      </w:tblGrid>
      <w:tr w:rsidR="00966244" w14:paraId="787002E8" w14:textId="77777777">
        <w:trPr>
          <w:cantSplit/>
          <w:jc w:val="center"/>
        </w:trPr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8745D39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Component / plugin / servei</w:t>
            </w:r>
          </w:p>
        </w:tc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293232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Funció</w:t>
            </w:r>
          </w:p>
        </w:tc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775D83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Tipus de llicència</w:t>
            </w:r>
          </w:p>
        </w:tc>
        <w:tc>
          <w:tcPr>
            <w:tcW w:w="255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4B5105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Cost de renovació anual, si n’hi ha</w:t>
            </w:r>
          </w:p>
        </w:tc>
      </w:tr>
      <w:tr w:rsidR="00966244" w14:paraId="1A72D742" w14:textId="77777777">
        <w:trPr>
          <w:cantSplit/>
          <w:jc w:val="center"/>
        </w:trPr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2C732B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4B203F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20F2D1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102547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587C4E2C" w14:textId="77777777">
        <w:trPr>
          <w:cantSplit/>
          <w:jc w:val="center"/>
        </w:trPr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B8B6E0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4C762F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5EB580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65D3D4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05E67785" w14:textId="77777777">
        <w:trPr>
          <w:cantSplit/>
          <w:jc w:val="center"/>
        </w:trPr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CFC5E0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E6FEB0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C57762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55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81D572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</w:tbl>
    <w:p w14:paraId="7583DB97" w14:textId="77777777" w:rsidR="00966244" w:rsidRDefault="00000000">
      <w:pPr>
        <w:pStyle w:val="Smallnote"/>
      </w:pPr>
      <w:r>
        <w:t>Si no hi ha components o llicències de tercers amb cost recurrent, indiqueu expressament: “No n’hi ha”.</w:t>
      </w:r>
    </w:p>
    <w:p w14:paraId="5E8C2B7C" w14:textId="77777777" w:rsidR="00966244" w:rsidRDefault="00000000">
      <w:pPr>
        <w:pStyle w:val="Ttulo1"/>
      </w:pPr>
      <w:r>
        <w:t>6. EXPERIÈNCIA EN PROJECTES SIMILARS</w:t>
      </w:r>
    </w:p>
    <w:p w14:paraId="426D2929" w14:textId="77777777" w:rsidR="00966244" w:rsidRDefault="00000000">
      <w:r>
        <w:t>Cal indicar, com a mínim, dos projectes similars executats durant els darrers cinc anys. Aquesta informació serveix per acreditar la capacitat tècnica mínima i no és objecte de puntuació.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966244" w14:paraId="637E5BD6" w14:textId="77777777">
        <w:trPr>
          <w:cantSplit/>
          <w:jc w:val="center"/>
        </w:trPr>
        <w:tc>
          <w:tcPr>
            <w:tcW w:w="204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D0E00F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Client / entitat</w:t>
            </w:r>
          </w:p>
        </w:tc>
        <w:tc>
          <w:tcPr>
            <w:tcW w:w="204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309B4F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Objecte del projecte</w:t>
            </w:r>
          </w:p>
        </w:tc>
        <w:tc>
          <w:tcPr>
            <w:tcW w:w="204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C2E2EB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Any / data</w:t>
            </w:r>
          </w:p>
        </w:tc>
        <w:tc>
          <w:tcPr>
            <w:tcW w:w="204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881436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Import aprox. (opcional)</w:t>
            </w:r>
          </w:p>
        </w:tc>
        <w:tc>
          <w:tcPr>
            <w:tcW w:w="2040" w:type="dxa"/>
            <w:shd w:val="clear" w:color="auto" w:fill="1844D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7C0FFD" w14:textId="77777777" w:rsidR="00966244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Enllaç públic, si existeix</w:t>
            </w:r>
          </w:p>
        </w:tc>
      </w:tr>
      <w:tr w:rsidR="00966244" w14:paraId="23240A82" w14:textId="77777777">
        <w:trPr>
          <w:cantSplit/>
          <w:jc w:val="center"/>
        </w:trPr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1961569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C00980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3961B8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66BCB7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628F66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33CA2422" w14:textId="77777777">
        <w:trPr>
          <w:cantSplit/>
          <w:jc w:val="center"/>
        </w:trPr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8B3D786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5FEF4B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96BF242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397192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  <w:tc>
          <w:tcPr>
            <w:tcW w:w="204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C6AC3A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</w:tbl>
    <w:p w14:paraId="6CD8F7F4" w14:textId="77777777" w:rsidR="00966244" w:rsidRDefault="00000000">
      <w:pPr>
        <w:pStyle w:val="Ttulo1"/>
      </w:pPr>
      <w:r>
        <w:t>7. SUBCONTRACTACIÓ PREVISTA</w:t>
      </w:r>
    </w:p>
    <w:p w14:paraId="5AAD300B" w14:textId="77777777" w:rsidR="00966244" w:rsidRDefault="00000000">
      <w:r>
        <w:t>Indiqueu si es preveu subcontractar alguna part de la prestació. Aquesta informació no altera les obligacions i responsabilitats de l’adjudicatària davant Mogoda Serveis, SAM.</w:t>
      </w:r>
    </w:p>
    <w:p w14:paraId="4118FF1F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No es preveu subcontractar cap part de la prestació.</w:t>
      </w:r>
    </w:p>
    <w:p w14:paraId="77001C07" w14:textId="77777777" w:rsidR="00966244" w:rsidRDefault="00000000">
      <w:pPr>
        <w:ind w:left="142"/>
      </w:pPr>
      <w:r>
        <w:rPr>
          <w:sz w:val="20"/>
        </w:rPr>
        <w:t xml:space="preserve">☐  </w:t>
      </w:r>
      <w:r>
        <w:t>Sí que es preveu subcontractar la part següent:</w:t>
      </w:r>
    </w:p>
    <w:p w14:paraId="5A403B97" w14:textId="77777777" w:rsidR="00966244" w:rsidRDefault="00000000">
      <w:pPr>
        <w:pStyle w:val="Smallnote"/>
        <w:spacing w:after="40"/>
      </w:pPr>
      <w:r>
        <w:t>________________________________________________________________________________</w:t>
      </w:r>
    </w:p>
    <w:p w14:paraId="6D3B0437" w14:textId="77777777" w:rsidR="00966244" w:rsidRDefault="00000000">
      <w:pPr>
        <w:pStyle w:val="Smallnote"/>
        <w:spacing w:after="40"/>
      </w:pPr>
      <w:r>
        <w:t>________________________________________________________________________________</w:t>
      </w:r>
    </w:p>
    <w:p w14:paraId="0C1DB58F" w14:textId="77777777" w:rsidR="00966244" w:rsidRDefault="00000000">
      <w:pPr>
        <w:pStyle w:val="Ttulo1"/>
      </w:pPr>
      <w:r>
        <w:lastRenderedPageBreak/>
        <w:t>8. COMPROMÍS FINAL I SIGNATURA</w:t>
      </w:r>
    </w:p>
    <w:p w14:paraId="6ACAE0ED" w14:textId="77777777" w:rsidR="00966244" w:rsidRDefault="00000000">
      <w:r>
        <w:t>La persona signant declara que ha llegit i accepta el contingut íntegre d’aquest model i de la documentació que regeix la contractació, i formula l’oferta en els termes indicats anteriorment.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966244" w14:paraId="66EF4B6A" w14:textId="77777777" w:rsidTr="0007354C">
        <w:trPr>
          <w:cantSplit/>
          <w:jc w:val="center"/>
        </w:trPr>
        <w:tc>
          <w:tcPr>
            <w:tcW w:w="5095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23C3DC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Lloc i data</w:t>
            </w:r>
          </w:p>
        </w:tc>
        <w:tc>
          <w:tcPr>
            <w:tcW w:w="50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1D87CA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3C6C3452" w14:textId="77777777" w:rsidTr="0007354C">
        <w:trPr>
          <w:cantSplit/>
          <w:jc w:val="center"/>
        </w:trPr>
        <w:tc>
          <w:tcPr>
            <w:tcW w:w="5095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2D053E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Nom i cognoms de la persona signant</w:t>
            </w:r>
          </w:p>
        </w:tc>
        <w:tc>
          <w:tcPr>
            <w:tcW w:w="50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2EC5EF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  <w:tr w:rsidR="00966244" w14:paraId="74CE820C" w14:textId="77777777" w:rsidTr="0007354C">
        <w:trPr>
          <w:cantSplit/>
          <w:jc w:val="center"/>
        </w:trPr>
        <w:tc>
          <w:tcPr>
            <w:tcW w:w="5095" w:type="dxa"/>
            <w:shd w:val="clear" w:color="auto" w:fill="F2F4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20071B" w14:textId="77777777" w:rsidR="00966244" w:rsidRDefault="00000000">
            <w:pPr>
              <w:spacing w:after="0"/>
            </w:pPr>
            <w:r>
              <w:rPr>
                <w:b/>
                <w:color w:val="1F2937"/>
                <w:sz w:val="18"/>
              </w:rPr>
              <w:t>Càrrec / representació</w:t>
            </w:r>
          </w:p>
        </w:tc>
        <w:tc>
          <w:tcPr>
            <w:tcW w:w="50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BD5E11" w14:textId="77777777" w:rsidR="00966244" w:rsidRDefault="00000000">
            <w:pPr>
              <w:spacing w:after="0"/>
            </w:pPr>
            <w:r>
              <w:rPr>
                <w:color w:val="1F2937"/>
                <w:sz w:val="18"/>
              </w:rPr>
              <w:t>[EMPLENAR]</w:t>
            </w:r>
          </w:p>
        </w:tc>
      </w:tr>
    </w:tbl>
    <w:p w14:paraId="09AADB0D" w14:textId="77777777" w:rsidR="0007354C" w:rsidRDefault="0007354C">
      <w:pPr>
        <w:keepNext/>
        <w:spacing w:before="160"/>
        <w:rPr>
          <w:b/>
          <w:color w:val="1844D6"/>
          <w:sz w:val="21"/>
        </w:rPr>
      </w:pPr>
    </w:p>
    <w:p w14:paraId="3F101279" w14:textId="765CE63A" w:rsidR="0007354C" w:rsidRDefault="0007354C">
      <w:pPr>
        <w:keepNext/>
        <w:spacing w:before="160"/>
        <w:rPr>
          <w:b/>
          <w:color w:val="1844D6"/>
          <w:sz w:val="21"/>
        </w:rPr>
      </w:pPr>
      <w:r>
        <w:rPr>
          <w:b/>
          <w:color w:val="1844D6"/>
          <w:sz w:val="21"/>
        </w:rPr>
        <w:t>Signat electrònicament</w:t>
      </w:r>
    </w:p>
    <w:p w14:paraId="5A9FD6EC" w14:textId="77777777" w:rsidR="0007354C" w:rsidRDefault="0007354C">
      <w:pPr>
        <w:keepNext/>
        <w:spacing w:before="160"/>
        <w:rPr>
          <w:b/>
          <w:color w:val="1844D6"/>
          <w:sz w:val="21"/>
        </w:rPr>
      </w:pPr>
    </w:p>
    <w:p w14:paraId="784D830D" w14:textId="77777777" w:rsidR="0007354C" w:rsidRDefault="0007354C">
      <w:pPr>
        <w:keepNext/>
        <w:spacing w:before="160"/>
        <w:rPr>
          <w:b/>
          <w:color w:val="1844D6"/>
          <w:sz w:val="21"/>
        </w:rPr>
      </w:pPr>
    </w:p>
    <w:p w14:paraId="1259A3A4" w14:textId="77777777" w:rsidR="0007354C" w:rsidRDefault="0007354C">
      <w:pPr>
        <w:keepNext/>
        <w:spacing w:before="160"/>
        <w:rPr>
          <w:b/>
          <w:color w:val="1844D6"/>
          <w:sz w:val="21"/>
        </w:rPr>
      </w:pPr>
    </w:p>
    <w:p w14:paraId="7680BFC6" w14:textId="50A984D4" w:rsidR="00966244" w:rsidRDefault="00000000">
      <w:pPr>
        <w:keepNext/>
        <w:spacing w:before="160"/>
      </w:pPr>
      <w:r>
        <w:rPr>
          <w:b/>
          <w:color w:val="1844D6"/>
          <w:sz w:val="21"/>
        </w:rPr>
        <w:t>DOCUMENTACIÓ A PRESENTAR</w:t>
      </w:r>
    </w:p>
    <w:p w14:paraId="444A125B" w14:textId="77777777" w:rsidR="00966244" w:rsidRDefault="00000000">
      <w:pPr>
        <w:pStyle w:val="Listaconvietas"/>
        <w:ind w:left="340" w:hanging="142"/>
      </w:pPr>
      <w:r>
        <w:t>Aquest model degudament emplenat i signat electrònicament.</w:t>
      </w:r>
    </w:p>
    <w:p w14:paraId="68AEF79C" w14:textId="77777777" w:rsidR="00966244" w:rsidRDefault="00000000">
      <w:pPr>
        <w:pStyle w:val="Listaconvietas"/>
        <w:ind w:left="340" w:hanging="142"/>
      </w:pPr>
      <w:r>
        <w:t>La documentació o annexos que siguin necessaris per completar la memòria descriptiva, si escau, sense alterar els compromisos consignats en aquest model.</w:t>
      </w:r>
    </w:p>
    <w:p w14:paraId="1B5E119D" w14:textId="77777777" w:rsidR="00966244" w:rsidRDefault="00000000">
      <w:pPr>
        <w:pStyle w:val="Listaconvietas"/>
        <w:ind w:left="340" w:hanging="142"/>
      </w:pPr>
      <w:r>
        <w:t>Qualsevol altra documentació que Mogoda Serveis, SAM hagi indicat expressament a l’anunci o document de condicions publicat a e-Licita.</w:t>
      </w:r>
    </w:p>
    <w:sectPr w:rsidR="00966244" w:rsidSect="00034616">
      <w:headerReference w:type="default" r:id="rId8"/>
      <w:footerReference w:type="default" r:id="rId9"/>
      <w:pgSz w:w="12240" w:h="15840"/>
      <w:pgMar w:top="907" w:right="1020" w:bottom="879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A2CA" w14:textId="77777777" w:rsidR="00F0444A" w:rsidRDefault="00F0444A">
      <w:pPr>
        <w:spacing w:after="0" w:line="240" w:lineRule="auto"/>
      </w:pPr>
      <w:r>
        <w:separator/>
      </w:r>
    </w:p>
  </w:endnote>
  <w:endnote w:type="continuationSeparator" w:id="0">
    <w:p w14:paraId="1D72D797" w14:textId="77777777" w:rsidR="00F0444A" w:rsidRDefault="00F0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845B" w14:textId="77777777" w:rsidR="00966244" w:rsidRDefault="00000000">
    <w:pPr>
      <w:pStyle w:val="Piedepgina"/>
      <w:jc w:val="center"/>
    </w:pPr>
    <w:r>
      <w:rPr>
        <w:color w:val="646464"/>
        <w:sz w:val="15"/>
      </w:rPr>
      <w:t>Mogoda Serveis, SAM · Model de presentació d’oferta · Contracte menor web corporatiu</w:t>
    </w:r>
  </w:p>
  <w:p w14:paraId="421364FC" w14:textId="77777777" w:rsidR="00966244" w:rsidRDefault="00000000">
    <w:pPr>
      <w:jc w:val="right"/>
    </w:pPr>
    <w:r>
      <w:rPr>
        <w:color w:val="646464"/>
        <w:sz w:val="15"/>
      </w:rPr>
      <w:t xml:space="preserve">Pàgina </w:t>
    </w:r>
    <w:r>
      <w:fldChar w:fldCharType="begin"/>
    </w:r>
    <w:r>
      <w:instrText>PAGE</w:instrText>
    </w:r>
    <w:r>
      <w:fldChar w:fldCharType="separate"/>
    </w:r>
    <w:r w:rsidR="00CE24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C2A1" w14:textId="77777777" w:rsidR="00F0444A" w:rsidRDefault="00F0444A">
      <w:pPr>
        <w:spacing w:after="0" w:line="240" w:lineRule="auto"/>
      </w:pPr>
      <w:r>
        <w:separator/>
      </w:r>
    </w:p>
  </w:footnote>
  <w:footnote w:type="continuationSeparator" w:id="0">
    <w:p w14:paraId="5FD43405" w14:textId="77777777" w:rsidR="00F0444A" w:rsidRDefault="00F04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274A" w14:textId="77777777" w:rsidR="00966244" w:rsidRDefault="00000000">
    <w:pPr>
      <w:pStyle w:val="Encabezado"/>
    </w:pPr>
    <w:r>
      <w:rPr>
        <w:noProof/>
      </w:rPr>
      <w:drawing>
        <wp:inline distT="0" distB="0" distL="0" distR="0" wp14:anchorId="39283E28" wp14:editId="57E54C9C">
          <wp:extent cx="1440000" cy="63700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goda_logo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000" cy="637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625847">
    <w:abstractNumId w:val="8"/>
  </w:num>
  <w:num w:numId="2" w16cid:durableId="906110445">
    <w:abstractNumId w:val="6"/>
  </w:num>
  <w:num w:numId="3" w16cid:durableId="865144185">
    <w:abstractNumId w:val="5"/>
  </w:num>
  <w:num w:numId="4" w16cid:durableId="1979144979">
    <w:abstractNumId w:val="4"/>
  </w:num>
  <w:num w:numId="5" w16cid:durableId="693267824">
    <w:abstractNumId w:val="7"/>
  </w:num>
  <w:num w:numId="6" w16cid:durableId="1396510835">
    <w:abstractNumId w:val="3"/>
  </w:num>
  <w:num w:numId="7" w16cid:durableId="2080666148">
    <w:abstractNumId w:val="2"/>
  </w:num>
  <w:num w:numId="8" w16cid:durableId="211383600">
    <w:abstractNumId w:val="1"/>
  </w:num>
  <w:num w:numId="9" w16cid:durableId="1025179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54C"/>
    <w:rsid w:val="0015074B"/>
    <w:rsid w:val="0029639D"/>
    <w:rsid w:val="00326F90"/>
    <w:rsid w:val="00966244"/>
    <w:rsid w:val="00AA1D8D"/>
    <w:rsid w:val="00B47730"/>
    <w:rsid w:val="00CB0664"/>
    <w:rsid w:val="00CE2483"/>
    <w:rsid w:val="00F0444A"/>
    <w:rsid w:val="00F131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8C060"/>
  <w14:defaultImageDpi w14:val="300"/>
  <w15:docId w15:val="{4D5E9032-1B5A-416A-875B-9B950D96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eastAsia="Arial" w:hAnsi="Arial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color w:val="1844D6"/>
      <w:sz w:val="25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color w:val="1F2937"/>
      <w:sz w:val="2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1844D6"/>
      <w:spacing w:val="5"/>
      <w:kern w:val="28"/>
      <w:sz w:val="3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rial" w:eastAsia="Arial" w:hAnsi="Arial"/>
      <w:color w:val="50505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de presentació d’oferta - Web Mogoda Serveis</dc:title>
  <dc:subject>Contracte menor de serveis per al disseny, desenvolupament i posada en marxa del web corporatiu</dc:subject>
  <dc:creator>Mogoda Serveis, SAM</dc:creator>
  <cp:keywords>contracte menor, e-Licita, oferta, web corporatiu, Mogoda Serveis</cp:keywords>
  <cp:lastModifiedBy>Victor Duque</cp:lastModifiedBy>
  <cp:revision>3</cp:revision>
  <dcterms:created xsi:type="dcterms:W3CDTF">2026-08-26T17:44:00Z</dcterms:created>
  <dcterms:modified xsi:type="dcterms:W3CDTF">2026-08-26T17:45:00Z</dcterms:modified>
  <cp:category/>
</cp:coreProperties>
</file>